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F30CB" w14:textId="4BC3F751" w:rsidR="001A7F17" w:rsidRDefault="00E72DA0">
      <w:pPr>
        <w:pStyle w:val="Heading1"/>
        <w:rPr>
          <w:b/>
          <w:color w:val="E48312" w:themeColor="accent1"/>
          <w:sz w:val="40"/>
          <w:lang w:val="es-DO"/>
        </w:rPr>
      </w:pPr>
      <w:r w:rsidRPr="00ED0ABA">
        <w:rPr>
          <w:b/>
          <w:color w:val="595959" w:themeColor="text1" w:themeTint="A6"/>
          <w:sz w:val="40"/>
          <w:lang w:val="es-DO"/>
        </w:rPr>
        <w:t>Términos y Condiciones del Programa de Lealtad</w:t>
      </w:r>
      <w:r w:rsidRPr="008A07A1">
        <w:rPr>
          <w:b/>
          <w:color w:val="E48312" w:themeColor="accent1"/>
          <w:sz w:val="40"/>
          <w:lang w:val="es-DO"/>
        </w:rPr>
        <w:br/>
      </w:r>
      <w:r w:rsidR="009A6690">
        <w:rPr>
          <w:b/>
          <w:color w:val="E48312" w:themeColor="accent1"/>
          <w:sz w:val="40"/>
          <w:lang w:val="es-DO"/>
        </w:rPr>
        <w:t xml:space="preserve">Puntos </w:t>
      </w:r>
      <w:r w:rsidRPr="008A07A1">
        <w:rPr>
          <w:b/>
          <w:color w:val="E48312" w:themeColor="accent1"/>
          <w:sz w:val="40"/>
          <w:lang w:val="es-DO"/>
        </w:rPr>
        <w:t xml:space="preserve">Motor Crédito </w:t>
      </w:r>
    </w:p>
    <w:p w14:paraId="5C135811" w14:textId="4BEF8C6F" w:rsidR="00107F97" w:rsidRPr="001A7F17" w:rsidRDefault="00E72DA0">
      <w:pPr>
        <w:pStyle w:val="Heading1"/>
        <w:rPr>
          <w:b/>
          <w:color w:val="808080" w:themeColor="background1" w:themeShade="80"/>
          <w:szCs w:val="24"/>
          <w:lang w:val="es-DO"/>
        </w:rPr>
      </w:pPr>
      <w:r w:rsidRPr="001A7F17">
        <w:rPr>
          <w:b/>
          <w:color w:val="808080" w:themeColor="background1" w:themeShade="80"/>
          <w:szCs w:val="24"/>
          <w:lang w:val="es-DO"/>
        </w:rPr>
        <w:t>Medios de Pago</w:t>
      </w:r>
    </w:p>
    <w:p w14:paraId="05C0B10B" w14:textId="77777777" w:rsidR="00D40F90" w:rsidRPr="00D40F90" w:rsidRDefault="00D40F90" w:rsidP="00D40F90">
      <w:pPr>
        <w:rPr>
          <w:lang w:val="es-DO"/>
        </w:rPr>
      </w:pPr>
    </w:p>
    <w:p w14:paraId="6D265F83" w14:textId="77777777" w:rsidR="00107F97" w:rsidRPr="00BE74A6" w:rsidRDefault="00E72DA0">
      <w:pPr>
        <w:pStyle w:val="Heading2"/>
        <w:rPr>
          <w:color w:val="auto"/>
          <w:lang w:val="es-DO"/>
        </w:rPr>
      </w:pPr>
      <w:r w:rsidRPr="00BE74A6">
        <w:rPr>
          <w:b/>
          <w:color w:val="auto"/>
          <w:lang w:val="es-DO"/>
        </w:rPr>
        <w:t>1. Disposiciones Generales</w:t>
      </w:r>
    </w:p>
    <w:p w14:paraId="3D911F83" w14:textId="593C48C0" w:rsidR="008B6F5F" w:rsidRDefault="00E72DA0">
      <w:pPr>
        <w:rPr>
          <w:sz w:val="22"/>
          <w:lang w:val="es-DO"/>
        </w:rPr>
      </w:pPr>
      <w:r w:rsidRPr="00BE74A6">
        <w:rPr>
          <w:sz w:val="22"/>
          <w:lang w:val="es-DO"/>
        </w:rPr>
        <w:t xml:space="preserve">La membresía del </w:t>
      </w:r>
      <w:r w:rsidRPr="000242A1">
        <w:rPr>
          <w:b/>
          <w:bCs/>
          <w:sz w:val="22"/>
          <w:lang w:val="es-DO"/>
        </w:rPr>
        <w:t xml:space="preserve">Programa de Lealtad </w:t>
      </w:r>
      <w:r w:rsidR="000242A1" w:rsidRPr="000242A1">
        <w:rPr>
          <w:b/>
          <w:bCs/>
          <w:sz w:val="22"/>
          <w:lang w:val="es-DO"/>
        </w:rPr>
        <w:t>de</w:t>
      </w:r>
      <w:r w:rsidR="00D80AC0">
        <w:rPr>
          <w:b/>
          <w:bCs/>
          <w:sz w:val="22"/>
          <w:lang w:val="es-DO"/>
        </w:rPr>
        <w:t xml:space="preserve"> Puntos </w:t>
      </w:r>
      <w:r w:rsidR="000242A1" w:rsidRPr="000242A1">
        <w:rPr>
          <w:b/>
          <w:bCs/>
          <w:sz w:val="22"/>
          <w:lang w:val="es-DO"/>
        </w:rPr>
        <w:t>Motor Crédito</w:t>
      </w:r>
      <w:r w:rsidR="000242A1">
        <w:rPr>
          <w:sz w:val="22"/>
          <w:lang w:val="es-DO"/>
        </w:rPr>
        <w:t xml:space="preserve"> </w:t>
      </w:r>
      <w:r w:rsidRPr="00BE74A6">
        <w:rPr>
          <w:sz w:val="22"/>
          <w:lang w:val="es-DO"/>
        </w:rPr>
        <w:t xml:space="preserve">es sin costo y los Puntos se acumulan de forma automática por los consumos realizados con las </w:t>
      </w:r>
      <w:r w:rsidR="000242A1">
        <w:rPr>
          <w:sz w:val="22"/>
          <w:lang w:val="es-DO"/>
        </w:rPr>
        <w:t>T</w:t>
      </w:r>
      <w:r w:rsidRPr="00BE74A6">
        <w:rPr>
          <w:sz w:val="22"/>
          <w:lang w:val="es-DO"/>
        </w:rPr>
        <w:t xml:space="preserve">arjetas de </w:t>
      </w:r>
      <w:r w:rsidR="000242A1">
        <w:rPr>
          <w:sz w:val="22"/>
          <w:lang w:val="es-DO"/>
        </w:rPr>
        <w:t>C</w:t>
      </w:r>
      <w:r w:rsidRPr="00BE74A6">
        <w:rPr>
          <w:sz w:val="22"/>
          <w:lang w:val="es-DO"/>
        </w:rPr>
        <w:t>rédito participantes.</w:t>
      </w:r>
      <w:r w:rsidR="00676703">
        <w:rPr>
          <w:sz w:val="22"/>
          <w:lang w:val="es-DO"/>
        </w:rPr>
        <w:t xml:space="preserve"> </w:t>
      </w:r>
      <w:r w:rsidRPr="00BE74A6">
        <w:rPr>
          <w:sz w:val="22"/>
          <w:lang w:val="es-DO"/>
        </w:rPr>
        <w:t>El uso de</w:t>
      </w:r>
      <w:r w:rsidR="007907DC">
        <w:rPr>
          <w:sz w:val="22"/>
          <w:lang w:val="es-DO"/>
        </w:rPr>
        <w:t xml:space="preserve"> las Tarjetas de </w:t>
      </w:r>
      <w:r w:rsidR="00DC7D21">
        <w:rPr>
          <w:sz w:val="22"/>
          <w:lang w:val="es-DO"/>
        </w:rPr>
        <w:t>Crédito</w:t>
      </w:r>
      <w:r w:rsidRPr="00BE74A6">
        <w:rPr>
          <w:sz w:val="22"/>
          <w:lang w:val="es-DO"/>
        </w:rPr>
        <w:t xml:space="preserve"> implica la aceptación de </w:t>
      </w:r>
      <w:r w:rsidR="001B1B97">
        <w:rPr>
          <w:sz w:val="22"/>
          <w:lang w:val="es-DO"/>
        </w:rPr>
        <w:t>estos</w:t>
      </w:r>
      <w:r w:rsidRPr="00BE74A6">
        <w:rPr>
          <w:sz w:val="22"/>
          <w:lang w:val="es-DO"/>
        </w:rPr>
        <w:t xml:space="preserve"> términos y condiciones. Solo el Cliente titular podrá redimir los Puntos.</w:t>
      </w:r>
      <w:r w:rsidRPr="00BE74A6">
        <w:rPr>
          <w:sz w:val="22"/>
          <w:lang w:val="es-DO"/>
        </w:rPr>
        <w:br/>
      </w:r>
      <w:r w:rsidRPr="00BE74A6">
        <w:rPr>
          <w:sz w:val="22"/>
          <w:lang w:val="es-DO"/>
        </w:rPr>
        <w:br/>
        <w:t>El Cliente reconoce que la administración y operación del Programa corresponde al Banco, quien verificará el cumplimiento de estas condiciones</w:t>
      </w:r>
      <w:r w:rsidR="008B6F5F">
        <w:rPr>
          <w:sz w:val="22"/>
          <w:lang w:val="es-DO"/>
        </w:rPr>
        <w:t xml:space="preserve">. </w:t>
      </w:r>
    </w:p>
    <w:p w14:paraId="1003C295" w14:textId="356197AC" w:rsidR="00013E0A" w:rsidRPr="004F6017" w:rsidRDefault="002C6DA3">
      <w:pPr>
        <w:rPr>
          <w:sz w:val="22"/>
          <w:lang w:val="es-DO"/>
        </w:rPr>
      </w:pPr>
      <w:r w:rsidRPr="002C6DA3">
        <w:rPr>
          <w:sz w:val="22"/>
          <w:lang w:val="es-DO"/>
        </w:rPr>
        <w:t>El banco se reserva el derecho de modificar, actualizar o sustituir, total o parcialmente, los presentes términos y condiciones del programa de lealtad</w:t>
      </w:r>
      <w:r w:rsidR="002B62A0">
        <w:rPr>
          <w:sz w:val="22"/>
          <w:lang w:val="es-DO"/>
        </w:rPr>
        <w:t>.</w:t>
      </w:r>
      <w:r w:rsidRPr="002C6DA3">
        <w:rPr>
          <w:sz w:val="22"/>
          <w:lang w:val="es-DO"/>
        </w:rPr>
        <w:t xml:space="preserve"> </w:t>
      </w:r>
      <w:r w:rsidR="002B62A0" w:rsidRPr="002B62A0">
        <w:rPr>
          <w:sz w:val="22"/>
          <w:lang w:val="es-DO"/>
        </w:rPr>
        <w:t xml:space="preserve">Las modificaciones serán notificadas al cliente con la anticipación requerida </w:t>
      </w:r>
      <w:r w:rsidR="00EA2BF1">
        <w:rPr>
          <w:sz w:val="22"/>
          <w:lang w:val="es-DO"/>
        </w:rPr>
        <w:t xml:space="preserve">según la </w:t>
      </w:r>
      <w:r w:rsidR="002B62A0" w:rsidRPr="002B62A0">
        <w:rPr>
          <w:sz w:val="22"/>
          <w:lang w:val="es-DO"/>
        </w:rPr>
        <w:t>normativa aplicable</w:t>
      </w:r>
      <w:r w:rsidR="00E72DA0" w:rsidRPr="00BE74A6">
        <w:rPr>
          <w:sz w:val="22"/>
          <w:lang w:val="es-DO"/>
        </w:rPr>
        <w:br/>
      </w:r>
      <w:r w:rsidR="00E72DA0" w:rsidRPr="00BE74A6">
        <w:rPr>
          <w:sz w:val="22"/>
          <w:lang w:val="es-DO"/>
        </w:rPr>
        <w:br/>
        <w:t>El Banco se reserva el derecho de revisar y ajustar los saldos de Puntos cuando se determine que fueron acreditados por error o mediante transacciones no elegibles.</w:t>
      </w:r>
      <w:r w:rsidR="00E72DA0" w:rsidRPr="00BE74A6">
        <w:rPr>
          <w:sz w:val="22"/>
          <w:lang w:val="es-DO"/>
        </w:rPr>
        <w:br/>
      </w:r>
      <w:r w:rsidR="00E72DA0" w:rsidRPr="00BE74A6">
        <w:rPr>
          <w:sz w:val="22"/>
          <w:lang w:val="es-DO"/>
        </w:rPr>
        <w:br/>
        <w:t>Los Puntos no pueden ser vendidos, transferidos ni cedidos a terceros. Cualquier Punto obtenido mediante prácticas irregulares será considerado fraudulento y</w:t>
      </w:r>
      <w:r w:rsidR="00AE74E6">
        <w:rPr>
          <w:sz w:val="22"/>
          <w:lang w:val="es-DO"/>
        </w:rPr>
        <w:t xml:space="preserve"> será </w:t>
      </w:r>
      <w:r w:rsidR="00E72DA0" w:rsidRPr="00BE74A6">
        <w:rPr>
          <w:sz w:val="22"/>
          <w:lang w:val="es-DO"/>
        </w:rPr>
        <w:t>eliminado.</w:t>
      </w:r>
      <w:r w:rsidR="00E72DA0" w:rsidRPr="00BE74A6">
        <w:rPr>
          <w:sz w:val="22"/>
          <w:lang w:val="es-DO"/>
        </w:rPr>
        <w:br/>
      </w:r>
      <w:r w:rsidR="00E72DA0" w:rsidRPr="00BE74A6">
        <w:rPr>
          <w:sz w:val="22"/>
          <w:lang w:val="es-DO"/>
        </w:rPr>
        <w:br/>
        <w:t>Si el Banco identifica fraude, incumplimiento o irregularidades, podrá cancelar parcial o totalmente el balance de Puntos y descalificar temporal o permanentemente al Cliente. Cualquier decisión de cancelación será definitiva e irrevocable</w:t>
      </w:r>
      <w:r w:rsidR="004F6017">
        <w:rPr>
          <w:sz w:val="22"/>
          <w:lang w:val="es-DO"/>
        </w:rPr>
        <w:t xml:space="preserve">, </w:t>
      </w:r>
      <w:r w:rsidR="004F6017" w:rsidRPr="004F6017">
        <w:rPr>
          <w:sz w:val="22"/>
          <w:lang w:val="es-DO"/>
        </w:rPr>
        <w:t>sin perjuicio del derecho del cliente de presentar las reclamaciones previstas en la normativa vigente</w:t>
      </w:r>
      <w:r w:rsidR="004F6017">
        <w:rPr>
          <w:sz w:val="22"/>
          <w:lang w:val="es-DO"/>
        </w:rPr>
        <w:t>.</w:t>
      </w:r>
    </w:p>
    <w:p w14:paraId="1EE1B093" w14:textId="77777777" w:rsidR="00DA0EAA" w:rsidRPr="00DA0EAA" w:rsidRDefault="00DA0EAA">
      <w:pPr>
        <w:rPr>
          <w:sz w:val="22"/>
          <w:lang w:val="es-DO"/>
        </w:rPr>
      </w:pPr>
    </w:p>
    <w:p w14:paraId="32D997FB" w14:textId="77777777" w:rsidR="00107F97" w:rsidRPr="00BE74A6" w:rsidRDefault="00E72DA0">
      <w:pPr>
        <w:pStyle w:val="Heading2"/>
        <w:rPr>
          <w:color w:val="auto"/>
          <w:lang w:val="es-DO"/>
        </w:rPr>
      </w:pPr>
      <w:r w:rsidRPr="00BE74A6">
        <w:rPr>
          <w:b/>
          <w:color w:val="auto"/>
          <w:lang w:val="es-DO"/>
        </w:rPr>
        <w:t>2. Acumulación de Puntos</w:t>
      </w:r>
    </w:p>
    <w:p w14:paraId="0A3E1476" w14:textId="77777777" w:rsidR="009E1F06" w:rsidRDefault="00E72DA0" w:rsidP="009E1F06">
      <w:pPr>
        <w:pStyle w:val="ListParagraph"/>
        <w:numPr>
          <w:ilvl w:val="0"/>
          <w:numId w:val="13"/>
        </w:numPr>
        <w:spacing w:after="0"/>
        <w:rPr>
          <w:sz w:val="22"/>
          <w:lang w:val="es-DO"/>
        </w:rPr>
      </w:pPr>
      <w:r w:rsidRPr="009E1F06">
        <w:rPr>
          <w:sz w:val="22"/>
          <w:lang w:val="es-DO"/>
        </w:rPr>
        <w:t>Los Clientes generan 1 Punto por cada RD$100</w:t>
      </w:r>
      <w:r w:rsidR="00D11019" w:rsidRPr="009E1F06">
        <w:rPr>
          <w:sz w:val="22"/>
          <w:lang w:val="es-DO"/>
        </w:rPr>
        <w:t xml:space="preserve"> pesos</w:t>
      </w:r>
      <w:r w:rsidRPr="009E1F06">
        <w:rPr>
          <w:sz w:val="22"/>
          <w:lang w:val="es-DO"/>
        </w:rPr>
        <w:t xml:space="preserve"> o US$</w:t>
      </w:r>
      <w:r w:rsidR="00A54F66" w:rsidRPr="009E1F06">
        <w:rPr>
          <w:sz w:val="22"/>
          <w:lang w:val="es-DO"/>
        </w:rPr>
        <w:t>2</w:t>
      </w:r>
      <w:r w:rsidRPr="009E1F06">
        <w:rPr>
          <w:sz w:val="22"/>
          <w:lang w:val="es-DO"/>
        </w:rPr>
        <w:t xml:space="preserve"> </w:t>
      </w:r>
      <w:r w:rsidR="00D11019" w:rsidRPr="009E1F06">
        <w:rPr>
          <w:sz w:val="22"/>
          <w:lang w:val="es-DO"/>
        </w:rPr>
        <w:t xml:space="preserve">dólares </w:t>
      </w:r>
      <w:r w:rsidRPr="009E1F06">
        <w:rPr>
          <w:sz w:val="22"/>
          <w:lang w:val="es-DO"/>
        </w:rPr>
        <w:t>consumido</w:t>
      </w:r>
      <w:r w:rsidR="00A54F66" w:rsidRPr="009E1F06">
        <w:rPr>
          <w:sz w:val="22"/>
          <w:lang w:val="es-DO"/>
        </w:rPr>
        <w:t>s</w:t>
      </w:r>
      <w:r w:rsidRPr="009E1F06">
        <w:rPr>
          <w:sz w:val="22"/>
          <w:lang w:val="es-DO"/>
        </w:rPr>
        <w:t>.</w:t>
      </w:r>
    </w:p>
    <w:p w14:paraId="77AE2E53" w14:textId="77777777" w:rsidR="004867BC" w:rsidRDefault="00E72DA0" w:rsidP="009E1F06">
      <w:pPr>
        <w:pStyle w:val="ListParagraph"/>
        <w:numPr>
          <w:ilvl w:val="0"/>
          <w:numId w:val="13"/>
        </w:numPr>
        <w:spacing w:after="0"/>
        <w:rPr>
          <w:sz w:val="22"/>
          <w:lang w:val="es-DO"/>
        </w:rPr>
      </w:pPr>
      <w:r w:rsidRPr="009E1F06">
        <w:rPr>
          <w:sz w:val="22"/>
          <w:lang w:val="es-DO"/>
        </w:rPr>
        <w:t xml:space="preserve">Cada Punto equivale a RD$1.00 para fines de redención. </w:t>
      </w:r>
    </w:p>
    <w:p w14:paraId="7C9FEAD8" w14:textId="77777777" w:rsidR="00397AEE" w:rsidRDefault="00397AEE" w:rsidP="00397AEE">
      <w:pPr>
        <w:spacing w:after="0"/>
        <w:rPr>
          <w:sz w:val="22"/>
          <w:lang w:val="es-DO"/>
        </w:rPr>
      </w:pPr>
    </w:p>
    <w:p w14:paraId="03E2EB13" w14:textId="7ED33536" w:rsidR="00397AEE" w:rsidRDefault="00397AEE" w:rsidP="00397AEE">
      <w:pPr>
        <w:spacing w:after="0"/>
        <w:rPr>
          <w:sz w:val="22"/>
          <w:lang w:val="es-DO"/>
        </w:rPr>
      </w:pPr>
      <w:r w:rsidRPr="00397AEE">
        <w:rPr>
          <w:sz w:val="22"/>
          <w:lang w:val="es-DO"/>
        </w:rPr>
        <w:t>Los Puntos generados p</w:t>
      </w:r>
      <w:r w:rsidR="00497931">
        <w:rPr>
          <w:sz w:val="22"/>
          <w:lang w:val="es-DO"/>
        </w:rPr>
        <w:t xml:space="preserve">or </w:t>
      </w:r>
      <w:r w:rsidRPr="00397AEE">
        <w:rPr>
          <w:sz w:val="22"/>
          <w:lang w:val="es-DO"/>
        </w:rPr>
        <w:t xml:space="preserve">consumos se verán reflejados en </w:t>
      </w:r>
      <w:r w:rsidR="00E203E4">
        <w:rPr>
          <w:sz w:val="22"/>
          <w:lang w:val="es-DO"/>
        </w:rPr>
        <w:t>el</w:t>
      </w:r>
      <w:r w:rsidRPr="00397AEE">
        <w:rPr>
          <w:sz w:val="22"/>
          <w:lang w:val="es-DO"/>
        </w:rPr>
        <w:t xml:space="preserve"> balance al siguiente día laborable después de </w:t>
      </w:r>
      <w:r w:rsidR="00497931">
        <w:rPr>
          <w:sz w:val="22"/>
          <w:lang w:val="es-DO"/>
        </w:rPr>
        <w:t xml:space="preserve">ser posteada </w:t>
      </w:r>
      <w:r w:rsidR="006F05EA">
        <w:rPr>
          <w:sz w:val="22"/>
          <w:lang w:val="es-DO"/>
        </w:rPr>
        <w:t>la t</w:t>
      </w:r>
      <w:r w:rsidRPr="00397AEE">
        <w:rPr>
          <w:sz w:val="22"/>
          <w:lang w:val="es-DO"/>
        </w:rPr>
        <w:t>ransacción.</w:t>
      </w:r>
    </w:p>
    <w:p w14:paraId="26C4501B" w14:textId="77777777" w:rsidR="00397AEE" w:rsidRPr="00397AEE" w:rsidRDefault="00397AEE" w:rsidP="00397AEE">
      <w:pPr>
        <w:spacing w:after="0"/>
        <w:rPr>
          <w:sz w:val="22"/>
          <w:lang w:val="es-DO"/>
        </w:rPr>
      </w:pPr>
    </w:p>
    <w:p w14:paraId="2C1D7D41" w14:textId="54F3B359" w:rsidR="004867BC" w:rsidRPr="004867BC" w:rsidRDefault="00E72DA0" w:rsidP="004867BC">
      <w:pPr>
        <w:spacing w:after="0"/>
        <w:rPr>
          <w:sz w:val="22"/>
          <w:lang w:val="es-DO"/>
        </w:rPr>
      </w:pPr>
      <w:r w:rsidRPr="004867BC">
        <w:rPr>
          <w:sz w:val="22"/>
          <w:lang w:val="es-DO"/>
        </w:rPr>
        <w:t>Ajustes por transacciones:</w:t>
      </w:r>
    </w:p>
    <w:p w14:paraId="44CE0F70" w14:textId="77777777" w:rsidR="004867BC" w:rsidRDefault="00E72DA0" w:rsidP="009E1F06">
      <w:pPr>
        <w:pStyle w:val="ListParagraph"/>
        <w:numPr>
          <w:ilvl w:val="0"/>
          <w:numId w:val="13"/>
        </w:numPr>
        <w:spacing w:after="0"/>
        <w:rPr>
          <w:sz w:val="22"/>
          <w:lang w:val="es-DO"/>
        </w:rPr>
      </w:pPr>
      <w:r w:rsidRPr="009E1F06">
        <w:rPr>
          <w:sz w:val="22"/>
          <w:lang w:val="es-DO"/>
        </w:rPr>
        <w:t>Reversos o devoluciones pueden disminuir los Puntos acumulados.</w:t>
      </w:r>
    </w:p>
    <w:p w14:paraId="10A7D836" w14:textId="1565336F" w:rsidR="001065E6" w:rsidRPr="00DA0EAA" w:rsidRDefault="00E72DA0" w:rsidP="002C4A87">
      <w:pPr>
        <w:pStyle w:val="ListParagraph"/>
        <w:numPr>
          <w:ilvl w:val="0"/>
          <w:numId w:val="13"/>
        </w:numPr>
        <w:spacing w:after="0"/>
        <w:rPr>
          <w:sz w:val="22"/>
          <w:lang w:val="es-DO"/>
        </w:rPr>
      </w:pPr>
      <w:r w:rsidRPr="009E1F06">
        <w:rPr>
          <w:sz w:val="22"/>
          <w:lang w:val="es-DO"/>
        </w:rPr>
        <w:t xml:space="preserve">Si un cargo no corresponde al </w:t>
      </w:r>
      <w:r w:rsidR="00F32B0E" w:rsidRPr="009E1F06">
        <w:rPr>
          <w:sz w:val="22"/>
          <w:lang w:val="es-DO"/>
        </w:rPr>
        <w:t>c</w:t>
      </w:r>
      <w:r w:rsidRPr="009E1F06">
        <w:rPr>
          <w:sz w:val="22"/>
          <w:lang w:val="es-DO"/>
        </w:rPr>
        <w:t>liente, se reversará junto a los Puntos generados</w:t>
      </w:r>
      <w:r w:rsidR="00ED3235" w:rsidRPr="009E1F06">
        <w:rPr>
          <w:sz w:val="22"/>
          <w:lang w:val="es-DO"/>
        </w:rPr>
        <w:t>.</w:t>
      </w:r>
    </w:p>
    <w:p w14:paraId="0029375D" w14:textId="77777777" w:rsidR="00A413F6" w:rsidRDefault="00A413F6" w:rsidP="002C4A87">
      <w:pPr>
        <w:spacing w:after="0"/>
        <w:rPr>
          <w:sz w:val="22"/>
          <w:lang w:val="es-DO"/>
        </w:rPr>
      </w:pPr>
    </w:p>
    <w:p w14:paraId="25E01A4A" w14:textId="6E3EA277" w:rsidR="00657339" w:rsidRPr="00BE74A6" w:rsidRDefault="00657339" w:rsidP="00657339">
      <w:pPr>
        <w:pStyle w:val="Heading2"/>
        <w:rPr>
          <w:color w:val="auto"/>
          <w:lang w:val="es-DO"/>
        </w:rPr>
      </w:pPr>
      <w:r>
        <w:rPr>
          <w:b/>
          <w:color w:val="auto"/>
          <w:lang w:val="es-DO"/>
        </w:rPr>
        <w:t>3</w:t>
      </w:r>
      <w:r w:rsidRPr="00BE74A6">
        <w:rPr>
          <w:b/>
          <w:color w:val="auto"/>
          <w:lang w:val="es-DO"/>
        </w:rPr>
        <w:t>. Redención o Canje de Puntos</w:t>
      </w:r>
    </w:p>
    <w:p w14:paraId="215D41D5" w14:textId="77777777" w:rsidR="00657339" w:rsidRDefault="00657339" w:rsidP="00657339">
      <w:pPr>
        <w:pStyle w:val="ListParagraph"/>
        <w:numPr>
          <w:ilvl w:val="0"/>
          <w:numId w:val="11"/>
        </w:numPr>
        <w:rPr>
          <w:sz w:val="22"/>
          <w:lang w:val="es-DO"/>
        </w:rPr>
      </w:pPr>
      <w:r w:rsidRPr="00AB79CF">
        <w:rPr>
          <w:sz w:val="22"/>
          <w:lang w:val="es-DO"/>
        </w:rPr>
        <w:t>El Cliente podrá redimir Puntos cuando:</w:t>
      </w:r>
    </w:p>
    <w:p w14:paraId="11B33DA8" w14:textId="77777777" w:rsidR="00657339" w:rsidRDefault="00657339" w:rsidP="00657339">
      <w:pPr>
        <w:pStyle w:val="ListParagraph"/>
        <w:numPr>
          <w:ilvl w:val="1"/>
          <w:numId w:val="11"/>
        </w:numPr>
        <w:rPr>
          <w:sz w:val="22"/>
          <w:lang w:val="es-DO"/>
        </w:rPr>
      </w:pPr>
      <w:r w:rsidRPr="00AB79CF">
        <w:rPr>
          <w:sz w:val="22"/>
          <w:lang w:val="es-DO"/>
        </w:rPr>
        <w:t>La tarjeta esté al día.</w:t>
      </w:r>
    </w:p>
    <w:p w14:paraId="24510F21" w14:textId="77777777" w:rsidR="00657339" w:rsidRDefault="00657339" w:rsidP="00657339">
      <w:pPr>
        <w:pStyle w:val="ListParagraph"/>
        <w:numPr>
          <w:ilvl w:val="1"/>
          <w:numId w:val="11"/>
        </w:numPr>
        <w:rPr>
          <w:sz w:val="22"/>
          <w:lang w:val="es-DO"/>
        </w:rPr>
      </w:pPr>
      <w:r w:rsidRPr="00AB79CF">
        <w:rPr>
          <w:sz w:val="22"/>
          <w:lang w:val="es-DO"/>
        </w:rPr>
        <w:t>La tarjeta esté activa.</w:t>
      </w:r>
    </w:p>
    <w:p w14:paraId="54BE2833" w14:textId="77777777" w:rsidR="00657339" w:rsidRDefault="00657339" w:rsidP="00657339">
      <w:pPr>
        <w:pStyle w:val="ListParagraph"/>
        <w:numPr>
          <w:ilvl w:val="1"/>
          <w:numId w:val="11"/>
        </w:numPr>
        <w:rPr>
          <w:sz w:val="22"/>
          <w:lang w:val="es-DO"/>
        </w:rPr>
      </w:pPr>
      <w:r w:rsidRPr="00AB79CF">
        <w:rPr>
          <w:sz w:val="22"/>
          <w:lang w:val="es-DO"/>
        </w:rPr>
        <w:t>Exista balance positivo de Puntos.</w:t>
      </w:r>
    </w:p>
    <w:p w14:paraId="1E1903BF" w14:textId="0AE63AC0" w:rsidR="00657339" w:rsidRPr="00AB79CF" w:rsidRDefault="00657339" w:rsidP="00657339">
      <w:pPr>
        <w:pStyle w:val="ListParagraph"/>
        <w:numPr>
          <w:ilvl w:val="0"/>
          <w:numId w:val="11"/>
        </w:numPr>
        <w:rPr>
          <w:sz w:val="22"/>
          <w:lang w:val="es-DO"/>
        </w:rPr>
      </w:pPr>
      <w:r w:rsidRPr="00AB79CF">
        <w:rPr>
          <w:sz w:val="22"/>
          <w:lang w:val="es-DO"/>
        </w:rPr>
        <w:t>Canjes podrán ser realizados a partir de 1,000 puntos Motor Crédito</w:t>
      </w:r>
      <w:r w:rsidR="00285E09">
        <w:rPr>
          <w:sz w:val="22"/>
          <w:lang w:val="es-DO"/>
        </w:rPr>
        <w:t xml:space="preserve"> disponible</w:t>
      </w:r>
      <w:r w:rsidRPr="00AB79CF">
        <w:rPr>
          <w:sz w:val="22"/>
          <w:lang w:val="es-DO"/>
        </w:rPr>
        <w:t>.</w:t>
      </w:r>
    </w:p>
    <w:p w14:paraId="40B17A59" w14:textId="712B859D" w:rsidR="00657339" w:rsidRDefault="00657339" w:rsidP="00657339">
      <w:pPr>
        <w:pStyle w:val="ListParagraph"/>
        <w:numPr>
          <w:ilvl w:val="0"/>
          <w:numId w:val="11"/>
        </w:numPr>
        <w:rPr>
          <w:sz w:val="22"/>
          <w:lang w:val="es-DO"/>
        </w:rPr>
      </w:pPr>
      <w:r w:rsidRPr="003970FA">
        <w:rPr>
          <w:sz w:val="22"/>
          <w:lang w:val="es-DO"/>
        </w:rPr>
        <w:t>Los Puntos podrán ser redimidos para pagos a la tarjeta del titular</w:t>
      </w:r>
      <w:r w:rsidR="00232738">
        <w:rPr>
          <w:sz w:val="22"/>
          <w:lang w:val="es-DO"/>
        </w:rPr>
        <w:t xml:space="preserve"> desde el Internet </w:t>
      </w:r>
      <w:proofErr w:type="spellStart"/>
      <w:r w:rsidR="00232738">
        <w:rPr>
          <w:sz w:val="22"/>
          <w:lang w:val="es-DO"/>
        </w:rPr>
        <w:t>Banking</w:t>
      </w:r>
      <w:proofErr w:type="spellEnd"/>
      <w:r w:rsidR="00232738">
        <w:rPr>
          <w:sz w:val="22"/>
          <w:lang w:val="es-DO"/>
        </w:rPr>
        <w:t>.</w:t>
      </w:r>
    </w:p>
    <w:p w14:paraId="73AF7881" w14:textId="5E8686B5" w:rsidR="00657339" w:rsidRDefault="00657339" w:rsidP="00657339">
      <w:pPr>
        <w:pStyle w:val="ListParagraph"/>
        <w:numPr>
          <w:ilvl w:val="0"/>
          <w:numId w:val="11"/>
        </w:numPr>
        <w:rPr>
          <w:sz w:val="22"/>
          <w:lang w:val="es-DO"/>
        </w:rPr>
      </w:pPr>
      <w:r w:rsidRPr="003970FA">
        <w:rPr>
          <w:sz w:val="22"/>
          <w:lang w:val="es-DO"/>
        </w:rPr>
        <w:lastRenderedPageBreak/>
        <w:t>Una vez aplicado el canje, los Puntos se descuentan inmediatamente del balance disponible</w:t>
      </w:r>
      <w:r w:rsidR="004A3145" w:rsidRPr="004A3145">
        <w:rPr>
          <w:sz w:val="22"/>
          <w:lang w:val="es-DO"/>
        </w:rPr>
        <w:t xml:space="preserve"> </w:t>
      </w:r>
      <w:r w:rsidR="004A3145">
        <w:rPr>
          <w:sz w:val="22"/>
          <w:lang w:val="es-DO"/>
        </w:rPr>
        <w:t xml:space="preserve">y </w:t>
      </w:r>
      <w:r w:rsidR="004A3145" w:rsidRPr="003970FA">
        <w:rPr>
          <w:sz w:val="22"/>
          <w:lang w:val="es-DO"/>
        </w:rPr>
        <w:t>no podrán ser devueltos ni reembolsados.</w:t>
      </w:r>
    </w:p>
    <w:p w14:paraId="2DAED457" w14:textId="77777777" w:rsidR="00657339" w:rsidRDefault="00657339" w:rsidP="00657339">
      <w:pPr>
        <w:pStyle w:val="ListParagraph"/>
        <w:numPr>
          <w:ilvl w:val="0"/>
          <w:numId w:val="11"/>
        </w:numPr>
        <w:rPr>
          <w:sz w:val="22"/>
          <w:lang w:val="es-DO"/>
        </w:rPr>
      </w:pPr>
      <w:r w:rsidRPr="003970FA">
        <w:rPr>
          <w:sz w:val="22"/>
          <w:lang w:val="es-DO"/>
        </w:rPr>
        <w:t xml:space="preserve">El balance puede consultarse vía Internet </w:t>
      </w:r>
      <w:proofErr w:type="spellStart"/>
      <w:r w:rsidRPr="003970FA">
        <w:rPr>
          <w:sz w:val="22"/>
          <w:lang w:val="es-DO"/>
        </w:rPr>
        <w:t>Banking</w:t>
      </w:r>
      <w:proofErr w:type="spellEnd"/>
      <w:r w:rsidRPr="003970FA">
        <w:rPr>
          <w:sz w:val="22"/>
          <w:lang w:val="es-DO"/>
        </w:rPr>
        <w:t>, estado de cuenta, Centro de Contacto o sucursales.</w:t>
      </w:r>
    </w:p>
    <w:p w14:paraId="54D26100" w14:textId="77777777" w:rsidR="00657339" w:rsidRPr="002C4A87" w:rsidRDefault="00657339" w:rsidP="002C4A87">
      <w:pPr>
        <w:spacing w:after="0"/>
        <w:rPr>
          <w:sz w:val="22"/>
          <w:lang w:val="es-DO"/>
        </w:rPr>
      </w:pPr>
    </w:p>
    <w:p w14:paraId="301B32FF" w14:textId="0704691B" w:rsidR="00107F97" w:rsidRPr="00BE74A6" w:rsidRDefault="008D4333">
      <w:pPr>
        <w:pStyle w:val="Heading2"/>
        <w:rPr>
          <w:color w:val="auto"/>
          <w:lang w:val="es-DO"/>
        </w:rPr>
      </w:pPr>
      <w:r>
        <w:rPr>
          <w:b/>
          <w:color w:val="auto"/>
          <w:lang w:val="es-DO"/>
        </w:rPr>
        <w:t>4</w:t>
      </w:r>
      <w:r w:rsidR="00E72DA0" w:rsidRPr="00BE74A6">
        <w:rPr>
          <w:b/>
          <w:color w:val="auto"/>
          <w:lang w:val="es-DO"/>
        </w:rPr>
        <w:t xml:space="preserve">. Pérdida de Puntos por </w:t>
      </w:r>
      <w:r w:rsidR="00673CA1">
        <w:rPr>
          <w:b/>
          <w:color w:val="auto"/>
          <w:lang w:val="es-DO"/>
        </w:rPr>
        <w:t>m</w:t>
      </w:r>
      <w:r w:rsidR="00E72DA0" w:rsidRPr="00BE74A6">
        <w:rPr>
          <w:b/>
          <w:color w:val="auto"/>
          <w:lang w:val="es-DO"/>
        </w:rPr>
        <w:t>ora</w:t>
      </w:r>
      <w:r w:rsidR="00673CA1">
        <w:rPr>
          <w:b/>
          <w:color w:val="auto"/>
          <w:lang w:val="es-DO"/>
        </w:rPr>
        <w:t xml:space="preserve"> o cancelación</w:t>
      </w:r>
    </w:p>
    <w:p w14:paraId="1E803323" w14:textId="1DC6C180" w:rsidR="00107F97" w:rsidRDefault="00507296">
      <w:pPr>
        <w:rPr>
          <w:sz w:val="22"/>
          <w:lang w:val="es-DO"/>
        </w:rPr>
      </w:pPr>
      <w:r w:rsidRPr="00BE74A6">
        <w:rPr>
          <w:sz w:val="22"/>
          <w:lang w:val="es-DO"/>
        </w:rPr>
        <w:t xml:space="preserve">Atraso </w:t>
      </w:r>
      <w:r w:rsidR="00DA78CB">
        <w:rPr>
          <w:sz w:val="22"/>
          <w:lang w:val="es-DO"/>
        </w:rPr>
        <w:t xml:space="preserve">a partir de </w:t>
      </w:r>
      <w:r w:rsidR="0093005A">
        <w:rPr>
          <w:sz w:val="22"/>
          <w:lang w:val="es-DO"/>
        </w:rPr>
        <w:t>3</w:t>
      </w:r>
      <w:r w:rsidRPr="00BE74A6">
        <w:rPr>
          <w:sz w:val="22"/>
          <w:lang w:val="es-DO"/>
        </w:rPr>
        <w:t>0 días:</w:t>
      </w:r>
      <w:r w:rsidRPr="00BE74A6">
        <w:rPr>
          <w:sz w:val="22"/>
          <w:lang w:val="es-DO"/>
        </w:rPr>
        <w:br/>
        <w:t xml:space="preserve">• Se </w:t>
      </w:r>
      <w:r w:rsidR="00DA78CB">
        <w:rPr>
          <w:sz w:val="22"/>
          <w:lang w:val="es-DO"/>
        </w:rPr>
        <w:t>inhabilitan los puntos disponibles</w:t>
      </w:r>
      <w:r w:rsidR="00CE65CE">
        <w:rPr>
          <w:sz w:val="22"/>
          <w:lang w:val="es-DO"/>
        </w:rPr>
        <w:t xml:space="preserve"> y no será posible realizar canjes.</w:t>
      </w:r>
      <w:r w:rsidRPr="00BE74A6">
        <w:rPr>
          <w:sz w:val="22"/>
          <w:lang w:val="es-DO"/>
        </w:rPr>
        <w:br/>
      </w:r>
      <w:r w:rsidR="00E72DA0" w:rsidRPr="00BE74A6">
        <w:rPr>
          <w:sz w:val="22"/>
          <w:lang w:val="es-DO"/>
        </w:rPr>
        <w:t xml:space="preserve">Atraso </w:t>
      </w:r>
      <w:r w:rsidR="00CE65CE">
        <w:rPr>
          <w:sz w:val="22"/>
          <w:lang w:val="es-DO"/>
        </w:rPr>
        <w:t xml:space="preserve">a partir de </w:t>
      </w:r>
      <w:r w:rsidR="00541809">
        <w:rPr>
          <w:sz w:val="22"/>
          <w:lang w:val="es-DO"/>
        </w:rPr>
        <w:t>90</w:t>
      </w:r>
      <w:r w:rsidR="00E72DA0" w:rsidRPr="00BE74A6">
        <w:rPr>
          <w:sz w:val="22"/>
          <w:lang w:val="es-DO"/>
        </w:rPr>
        <w:t xml:space="preserve"> días:</w:t>
      </w:r>
      <w:r w:rsidR="00E72DA0" w:rsidRPr="00BE74A6">
        <w:rPr>
          <w:sz w:val="22"/>
          <w:lang w:val="es-DO"/>
        </w:rPr>
        <w:br/>
        <w:t xml:space="preserve">• Se pierden los Puntos generados </w:t>
      </w:r>
      <w:r w:rsidR="00D053F7">
        <w:rPr>
          <w:sz w:val="22"/>
          <w:lang w:val="es-DO"/>
        </w:rPr>
        <w:t>a la fecha</w:t>
      </w:r>
      <w:r w:rsidR="00E72DA0" w:rsidRPr="00BE74A6">
        <w:rPr>
          <w:sz w:val="22"/>
          <w:lang w:val="es-DO"/>
        </w:rPr>
        <w:t>.</w:t>
      </w:r>
    </w:p>
    <w:p w14:paraId="05D089B9" w14:textId="18BD84EC" w:rsidR="00673CA1" w:rsidRDefault="00673CA1">
      <w:pPr>
        <w:rPr>
          <w:sz w:val="22"/>
          <w:lang w:val="es-DO"/>
        </w:rPr>
      </w:pPr>
      <w:r w:rsidRPr="00BE74A6">
        <w:rPr>
          <w:sz w:val="22"/>
          <w:lang w:val="es-DO"/>
        </w:rPr>
        <w:t xml:space="preserve">• </w:t>
      </w:r>
      <w:r w:rsidR="0003033D" w:rsidRPr="0003033D">
        <w:rPr>
          <w:sz w:val="22"/>
          <w:lang w:val="es-DO"/>
        </w:rPr>
        <w:t>En caso de cancelación de la tarjeta de crédito, el cliente perderá los puntos acumulados y cualquier beneficio asociado al programa de lealtad.</w:t>
      </w:r>
    </w:p>
    <w:p w14:paraId="5959972F" w14:textId="77777777" w:rsidR="0003033D" w:rsidRPr="0003033D" w:rsidRDefault="0003033D">
      <w:pPr>
        <w:rPr>
          <w:sz w:val="22"/>
          <w:lang w:val="es-DO"/>
        </w:rPr>
      </w:pPr>
    </w:p>
    <w:p w14:paraId="373678AB" w14:textId="4B2D22BB" w:rsidR="00107F97" w:rsidRPr="00BE74A6" w:rsidRDefault="008D4333">
      <w:pPr>
        <w:pStyle w:val="Heading2"/>
        <w:rPr>
          <w:color w:val="auto"/>
          <w:lang w:val="es-DO"/>
        </w:rPr>
      </w:pPr>
      <w:r>
        <w:rPr>
          <w:b/>
          <w:color w:val="auto"/>
          <w:lang w:val="es-DO"/>
        </w:rPr>
        <w:t>5</w:t>
      </w:r>
      <w:r w:rsidR="00E72DA0" w:rsidRPr="00BE74A6">
        <w:rPr>
          <w:b/>
          <w:color w:val="auto"/>
          <w:lang w:val="es-DO"/>
        </w:rPr>
        <w:t>. Reclamaciones</w:t>
      </w:r>
    </w:p>
    <w:p w14:paraId="288170DE" w14:textId="77777777" w:rsidR="00756548" w:rsidRPr="00756548" w:rsidRDefault="00756548" w:rsidP="00756548">
      <w:pPr>
        <w:rPr>
          <w:sz w:val="22"/>
          <w:lang w:val="es-DO"/>
        </w:rPr>
      </w:pPr>
      <w:r w:rsidRPr="00756548">
        <w:rPr>
          <w:sz w:val="22"/>
          <w:lang w:val="es-DO"/>
        </w:rPr>
        <w:t xml:space="preserve">El titular podrá presentar cualquier consulta, solicitud, queja o reclamación relacionada con el presente programa a través de los canales oficiales de atención de Banco Motor Crédito, incluyendo la Oficina Principal y la red de sucursales, el </w:t>
      </w:r>
      <w:proofErr w:type="spellStart"/>
      <w:r w:rsidRPr="00756548">
        <w:rPr>
          <w:sz w:val="22"/>
          <w:lang w:val="es-DO"/>
        </w:rPr>
        <w:t>Contact</w:t>
      </w:r>
      <w:proofErr w:type="spellEnd"/>
      <w:r w:rsidRPr="00756548">
        <w:rPr>
          <w:sz w:val="22"/>
          <w:lang w:val="es-DO"/>
        </w:rPr>
        <w:t xml:space="preserve"> Center disponible en el 809-540-3900 y el correo electrónico de servicio al cliente, cuando este último se encuentre habilitado para tales fines.</w:t>
      </w:r>
    </w:p>
    <w:p w14:paraId="08D3B371" w14:textId="77777777" w:rsidR="00756548" w:rsidRPr="00756548" w:rsidRDefault="00756548" w:rsidP="00756548">
      <w:pPr>
        <w:rPr>
          <w:sz w:val="22"/>
          <w:lang w:val="es-DO"/>
        </w:rPr>
      </w:pPr>
      <w:r w:rsidRPr="00756548">
        <w:rPr>
          <w:sz w:val="22"/>
          <w:lang w:val="es-DO"/>
        </w:rPr>
        <w:t xml:space="preserve">Si el cliente no estuviera conforme con la respuesta emitida por el Banco o una vez agotado el procedimiento interno de atención de reclamaciones, podrá ejercer los derechos que le confiere la normativa aplicable y presentar su reclamación ante </w:t>
      </w:r>
      <w:proofErr w:type="spellStart"/>
      <w:r w:rsidRPr="00756548">
        <w:rPr>
          <w:sz w:val="22"/>
          <w:lang w:val="es-DO"/>
        </w:rPr>
        <w:t>ProUsuario</w:t>
      </w:r>
      <w:proofErr w:type="spellEnd"/>
      <w:r w:rsidRPr="00756548">
        <w:rPr>
          <w:sz w:val="22"/>
          <w:lang w:val="es-DO"/>
        </w:rPr>
        <w:t> de la Superintendencia de Bancos de la República Dominicana, de conformidad con lo establecido en el Reglamento de Protección al Usuario de los Productos y Servicios Financieros y demás disposiciones legales y reglamentarias vigentes.</w:t>
      </w:r>
    </w:p>
    <w:p w14:paraId="3FBFFF61" w14:textId="1F38C993" w:rsidR="00107F97" w:rsidRDefault="00E72DA0">
      <w:pPr>
        <w:rPr>
          <w:sz w:val="22"/>
          <w:lang w:val="es-DO"/>
        </w:rPr>
      </w:pPr>
      <w:r w:rsidRPr="00BE74A6">
        <w:rPr>
          <w:sz w:val="22"/>
          <w:lang w:val="es-DO"/>
        </w:rPr>
        <w:t>Cualquier discrepancia</w:t>
      </w:r>
      <w:r w:rsidR="008B42B2">
        <w:rPr>
          <w:sz w:val="22"/>
          <w:lang w:val="es-DO"/>
        </w:rPr>
        <w:t xml:space="preserve"> sobre los Puntos Motor </w:t>
      </w:r>
      <w:r w:rsidR="00DC35E1">
        <w:rPr>
          <w:sz w:val="22"/>
          <w:lang w:val="es-DO"/>
        </w:rPr>
        <w:t>Crédito</w:t>
      </w:r>
      <w:r w:rsidRPr="00BE74A6">
        <w:rPr>
          <w:sz w:val="22"/>
          <w:lang w:val="es-DO"/>
        </w:rPr>
        <w:t xml:space="preserve"> debe ser reportada dentro de los 30 días posteriores al cort</w:t>
      </w:r>
      <w:r w:rsidR="00BD331D">
        <w:rPr>
          <w:sz w:val="22"/>
          <w:lang w:val="es-DO"/>
        </w:rPr>
        <w:t>e</w:t>
      </w:r>
      <w:r w:rsidR="00CA1A1E">
        <w:rPr>
          <w:sz w:val="22"/>
          <w:lang w:val="es-DO"/>
        </w:rPr>
        <w:t>,</w:t>
      </w:r>
      <w:r w:rsidR="00BD331D">
        <w:rPr>
          <w:sz w:val="22"/>
          <w:lang w:val="es-DO"/>
        </w:rPr>
        <w:t xml:space="preserve"> </w:t>
      </w:r>
      <w:r w:rsidR="00DC35E1">
        <w:rPr>
          <w:sz w:val="22"/>
          <w:lang w:val="es-DO"/>
        </w:rPr>
        <w:t>vía</w:t>
      </w:r>
      <w:r w:rsidR="00BD331D">
        <w:rPr>
          <w:sz w:val="22"/>
          <w:lang w:val="es-DO"/>
        </w:rPr>
        <w:t xml:space="preserve"> </w:t>
      </w:r>
      <w:proofErr w:type="spellStart"/>
      <w:r w:rsidR="00BD331D">
        <w:rPr>
          <w:sz w:val="22"/>
          <w:lang w:val="es-DO"/>
        </w:rPr>
        <w:t>contact</w:t>
      </w:r>
      <w:proofErr w:type="spellEnd"/>
      <w:r w:rsidR="00BD331D">
        <w:rPr>
          <w:sz w:val="22"/>
          <w:lang w:val="es-DO"/>
        </w:rPr>
        <w:t xml:space="preserve"> center</w:t>
      </w:r>
      <w:r w:rsidR="00DC35E1">
        <w:rPr>
          <w:sz w:val="22"/>
          <w:lang w:val="es-DO"/>
        </w:rPr>
        <w:t>.</w:t>
      </w:r>
      <w:r w:rsidR="00512E88">
        <w:rPr>
          <w:sz w:val="22"/>
          <w:lang w:val="es-DO"/>
        </w:rPr>
        <w:t xml:space="preserve"> </w:t>
      </w:r>
      <w:r w:rsidRPr="00BE74A6">
        <w:rPr>
          <w:sz w:val="22"/>
          <w:lang w:val="es-DO"/>
        </w:rPr>
        <w:t xml:space="preserve">El Banco podrá resolver </w:t>
      </w:r>
      <w:r w:rsidR="00512E88">
        <w:rPr>
          <w:sz w:val="22"/>
          <w:lang w:val="es-DO"/>
        </w:rPr>
        <w:t xml:space="preserve">la reclamación </w:t>
      </w:r>
      <w:r w:rsidRPr="00BE74A6">
        <w:rPr>
          <w:sz w:val="22"/>
          <w:lang w:val="es-DO"/>
        </w:rPr>
        <w:t>otorgando Puntos cuando corresponda.</w:t>
      </w:r>
    </w:p>
    <w:p w14:paraId="42092C3B" w14:textId="77777777" w:rsidR="008645F5" w:rsidRPr="00BE74A6" w:rsidRDefault="008645F5">
      <w:pPr>
        <w:rPr>
          <w:lang w:val="es-DO"/>
        </w:rPr>
      </w:pPr>
    </w:p>
    <w:p w14:paraId="43B4FC1D" w14:textId="41E6443F" w:rsidR="00107F97" w:rsidRPr="00BE74A6" w:rsidRDefault="008D4333">
      <w:pPr>
        <w:pStyle w:val="Heading2"/>
        <w:rPr>
          <w:color w:val="auto"/>
          <w:lang w:val="es-DO"/>
        </w:rPr>
      </w:pPr>
      <w:r>
        <w:rPr>
          <w:b/>
          <w:color w:val="auto"/>
          <w:lang w:val="es-DO"/>
        </w:rPr>
        <w:t>6</w:t>
      </w:r>
      <w:r w:rsidR="00E72DA0" w:rsidRPr="00BE74A6">
        <w:rPr>
          <w:b/>
          <w:color w:val="auto"/>
          <w:lang w:val="es-DO"/>
        </w:rPr>
        <w:t>. Transacciones que Generan Puntos</w:t>
      </w:r>
    </w:p>
    <w:p w14:paraId="1138B024" w14:textId="16CFC7BF" w:rsidR="00107F97" w:rsidRDefault="00E72DA0">
      <w:pPr>
        <w:rPr>
          <w:sz w:val="22"/>
          <w:lang w:val="es-DO"/>
        </w:rPr>
      </w:pPr>
      <w:r w:rsidRPr="00BE74A6">
        <w:rPr>
          <w:sz w:val="22"/>
          <w:lang w:val="es-DO"/>
        </w:rPr>
        <w:t xml:space="preserve">• </w:t>
      </w:r>
      <w:r w:rsidR="00A86F43">
        <w:rPr>
          <w:sz w:val="22"/>
          <w:lang w:val="es-DO"/>
        </w:rPr>
        <w:t xml:space="preserve"> Solo generan puntos l</w:t>
      </w:r>
      <w:r w:rsidR="003A6E6C">
        <w:rPr>
          <w:sz w:val="22"/>
          <w:lang w:val="es-DO"/>
        </w:rPr>
        <w:t>os consumos realizados y liquidados</w:t>
      </w:r>
      <w:r w:rsidR="008B42B2">
        <w:rPr>
          <w:sz w:val="22"/>
          <w:lang w:val="es-DO"/>
        </w:rPr>
        <w:t>.</w:t>
      </w:r>
      <w:r w:rsidR="00AF250B">
        <w:rPr>
          <w:sz w:val="22"/>
          <w:lang w:val="es-DO"/>
        </w:rPr>
        <w:t xml:space="preserve"> </w:t>
      </w:r>
      <w:r w:rsidRPr="00BE74A6">
        <w:rPr>
          <w:sz w:val="22"/>
          <w:lang w:val="es-DO"/>
        </w:rPr>
        <w:br/>
      </w:r>
      <w:r w:rsidR="009D33BC" w:rsidRPr="00BE74A6">
        <w:rPr>
          <w:sz w:val="22"/>
          <w:lang w:val="es-DO"/>
        </w:rPr>
        <w:t xml:space="preserve">• </w:t>
      </w:r>
      <w:r w:rsidR="009D33BC">
        <w:rPr>
          <w:sz w:val="22"/>
          <w:lang w:val="es-DO"/>
        </w:rPr>
        <w:t>No</w:t>
      </w:r>
      <w:r w:rsidR="00C80E4D">
        <w:rPr>
          <w:sz w:val="22"/>
          <w:lang w:val="es-DO"/>
        </w:rPr>
        <w:t xml:space="preserve"> generan puntos los cargos internos como </w:t>
      </w:r>
      <w:r w:rsidR="00275AF0">
        <w:rPr>
          <w:sz w:val="22"/>
          <w:lang w:val="es-DO"/>
        </w:rPr>
        <w:t xml:space="preserve">interés, </w:t>
      </w:r>
      <w:r w:rsidR="007A1FA6">
        <w:rPr>
          <w:sz w:val="22"/>
          <w:lang w:val="es-DO"/>
        </w:rPr>
        <w:t>r</w:t>
      </w:r>
      <w:r w:rsidR="00275AF0">
        <w:rPr>
          <w:sz w:val="22"/>
          <w:lang w:val="es-DO"/>
        </w:rPr>
        <w:t>enovaciones, avance de efectivo</w:t>
      </w:r>
      <w:r w:rsidR="00AF250B">
        <w:rPr>
          <w:sz w:val="22"/>
          <w:lang w:val="es-DO"/>
        </w:rPr>
        <w:t>, transacciones fraudulentas</w:t>
      </w:r>
      <w:r w:rsidR="007A1FA6">
        <w:rPr>
          <w:sz w:val="22"/>
          <w:lang w:val="es-DO"/>
        </w:rPr>
        <w:t>.</w:t>
      </w:r>
      <w:r w:rsidR="00AF250B">
        <w:rPr>
          <w:sz w:val="22"/>
          <w:lang w:val="es-DO"/>
        </w:rPr>
        <w:t xml:space="preserve"> </w:t>
      </w:r>
    </w:p>
    <w:p w14:paraId="1CDCE8E1" w14:textId="77777777" w:rsidR="008645F5" w:rsidRPr="003A6E6C" w:rsidRDefault="008645F5">
      <w:pPr>
        <w:rPr>
          <w:sz w:val="22"/>
          <w:lang w:val="es-DO"/>
        </w:rPr>
      </w:pPr>
    </w:p>
    <w:p w14:paraId="46CA131E" w14:textId="3B9BD2FA" w:rsidR="00107F97" w:rsidRPr="00BE74A6" w:rsidRDefault="008D4333">
      <w:pPr>
        <w:pStyle w:val="Heading2"/>
        <w:rPr>
          <w:color w:val="auto"/>
          <w:lang w:val="es-DO"/>
        </w:rPr>
      </w:pPr>
      <w:r>
        <w:rPr>
          <w:b/>
          <w:color w:val="auto"/>
          <w:lang w:val="es-DO"/>
        </w:rPr>
        <w:t>7</w:t>
      </w:r>
      <w:r w:rsidR="00E72DA0" w:rsidRPr="00BE74A6">
        <w:rPr>
          <w:b/>
          <w:color w:val="auto"/>
          <w:lang w:val="es-DO"/>
        </w:rPr>
        <w:t>. Vigencia de los Puntos</w:t>
      </w:r>
    </w:p>
    <w:p w14:paraId="14E082F7" w14:textId="0436FF1E" w:rsidR="00107F97" w:rsidRPr="008D4333" w:rsidRDefault="00E72DA0" w:rsidP="008D4333">
      <w:pPr>
        <w:rPr>
          <w:lang w:val="es-DO"/>
        </w:rPr>
      </w:pPr>
      <w:r w:rsidRPr="00BE74A6">
        <w:rPr>
          <w:sz w:val="22"/>
          <w:lang w:val="es-DO"/>
        </w:rPr>
        <w:t>Los Puntos</w:t>
      </w:r>
      <w:r w:rsidR="007A1FA6">
        <w:rPr>
          <w:sz w:val="22"/>
          <w:lang w:val="es-DO"/>
        </w:rPr>
        <w:t xml:space="preserve"> Motor </w:t>
      </w:r>
      <w:r w:rsidR="009D33BC">
        <w:rPr>
          <w:sz w:val="22"/>
          <w:lang w:val="es-DO"/>
        </w:rPr>
        <w:t>crédito</w:t>
      </w:r>
      <w:r w:rsidRPr="00BE74A6">
        <w:rPr>
          <w:sz w:val="22"/>
          <w:lang w:val="es-DO"/>
        </w:rPr>
        <w:t xml:space="preserve"> no expiran.</w:t>
      </w:r>
    </w:p>
    <w:sectPr w:rsidR="00107F97" w:rsidRPr="008D4333" w:rsidSect="001A1D50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B6F4C" w14:textId="77777777" w:rsidR="00152874" w:rsidRDefault="00152874" w:rsidP="00BE74A6">
      <w:pPr>
        <w:spacing w:after="0" w:line="240" w:lineRule="auto"/>
      </w:pPr>
      <w:r>
        <w:separator/>
      </w:r>
    </w:p>
  </w:endnote>
  <w:endnote w:type="continuationSeparator" w:id="0">
    <w:p w14:paraId="16064396" w14:textId="77777777" w:rsidR="00152874" w:rsidRDefault="00152874" w:rsidP="00BE7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C4FA4" w14:textId="35C9289D" w:rsidR="00BE74A6" w:rsidRPr="004016C4" w:rsidRDefault="00BE74A6" w:rsidP="009F17D9">
    <w:pPr>
      <w:pStyle w:val="Footer"/>
      <w:ind w:left="7200"/>
      <w:jc w:val="right"/>
      <w:rPr>
        <w:sz w:val="16"/>
        <w:szCs w:val="16"/>
        <w:lang w:val="es-DO"/>
      </w:rPr>
    </w:pPr>
    <w:r w:rsidRPr="004016C4"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1375789" wp14:editId="2B874266">
              <wp:simplePos x="0" y="0"/>
              <wp:positionH relativeFrom="margin">
                <wp:align>right</wp:align>
              </wp:positionH>
              <wp:positionV relativeFrom="paragraph">
                <wp:posOffset>-385647</wp:posOffset>
              </wp:positionV>
              <wp:extent cx="616197" cy="237057"/>
              <wp:effectExtent l="0" t="0" r="0" b="0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1D592674-F8C8-0B47-54EC-8CF62F9675E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6197" cy="237057"/>
                        <a:chOff x="0" y="0"/>
                        <a:chExt cx="4748035" cy="1958945"/>
                      </a:xfrm>
                    </wpg:grpSpPr>
                    <wps:wsp>
                      <wps:cNvPr id="1362508147" name="Shape 6">
                        <a:extLst>
                          <a:ext uri="{FF2B5EF4-FFF2-40B4-BE49-F238E27FC236}">
                            <a16:creationId xmlns:a16="http://schemas.microsoft.com/office/drawing/2014/main" id="{2F7D11F1-BD42-4AA8-981F-813F70510F6F}"/>
                          </a:ext>
                        </a:extLst>
                      </wps:cNvPr>
                      <wps:cNvSpPr/>
                      <wps:spPr>
                        <a:xfrm>
                          <a:off x="4214635" y="2677"/>
                          <a:ext cx="246252" cy="6987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252" h="698792">
                              <a:moveTo>
                                <a:pt x="199771" y="0"/>
                              </a:moveTo>
                              <a:lnTo>
                                <a:pt x="246252" y="1625"/>
                              </a:lnTo>
                              <a:lnTo>
                                <a:pt x="246252" y="107813"/>
                              </a:lnTo>
                              <a:lnTo>
                                <a:pt x="217361" y="105207"/>
                              </a:lnTo>
                              <a:cubicBezTo>
                                <a:pt x="196126" y="105207"/>
                                <a:pt x="174917" y="107353"/>
                                <a:pt x="154305" y="109385"/>
                              </a:cubicBezTo>
                              <a:lnTo>
                                <a:pt x="134214" y="111354"/>
                              </a:lnTo>
                              <a:lnTo>
                                <a:pt x="134265" y="184645"/>
                              </a:lnTo>
                              <a:cubicBezTo>
                                <a:pt x="134265" y="242519"/>
                                <a:pt x="134391" y="300456"/>
                                <a:pt x="134061" y="358305"/>
                              </a:cubicBezTo>
                              <a:lnTo>
                                <a:pt x="133985" y="368224"/>
                              </a:lnTo>
                              <a:lnTo>
                                <a:pt x="143434" y="365087"/>
                              </a:lnTo>
                              <a:cubicBezTo>
                                <a:pt x="165595" y="357810"/>
                                <a:pt x="189306" y="353708"/>
                                <a:pt x="212255" y="349745"/>
                              </a:cubicBezTo>
                              <a:lnTo>
                                <a:pt x="246252" y="343316"/>
                              </a:lnTo>
                              <a:lnTo>
                                <a:pt x="246252" y="473098"/>
                              </a:lnTo>
                              <a:lnTo>
                                <a:pt x="229273" y="448335"/>
                              </a:lnTo>
                              <a:lnTo>
                                <a:pt x="226301" y="444310"/>
                              </a:lnTo>
                              <a:lnTo>
                                <a:pt x="221450" y="445884"/>
                              </a:lnTo>
                              <a:cubicBezTo>
                                <a:pt x="216065" y="447573"/>
                                <a:pt x="210007" y="448983"/>
                                <a:pt x="203860" y="450418"/>
                              </a:cubicBezTo>
                              <a:cubicBezTo>
                                <a:pt x="177114" y="456781"/>
                                <a:pt x="143701" y="464744"/>
                                <a:pt x="140297" y="500215"/>
                              </a:cubicBezTo>
                              <a:cubicBezTo>
                                <a:pt x="132829" y="545935"/>
                                <a:pt x="133579" y="592798"/>
                                <a:pt x="134214" y="638124"/>
                              </a:cubicBezTo>
                              <a:cubicBezTo>
                                <a:pt x="134493" y="658051"/>
                                <a:pt x="134772" y="678587"/>
                                <a:pt x="134430" y="698792"/>
                              </a:cubicBezTo>
                              <a:lnTo>
                                <a:pt x="102" y="698792"/>
                              </a:lnTo>
                              <a:lnTo>
                                <a:pt x="38" y="473101"/>
                              </a:lnTo>
                              <a:cubicBezTo>
                                <a:pt x="0" y="320065"/>
                                <a:pt x="0" y="167056"/>
                                <a:pt x="102" y="14059"/>
                              </a:cubicBezTo>
                              <a:lnTo>
                                <a:pt x="7836" y="13233"/>
                              </a:lnTo>
                              <a:cubicBezTo>
                                <a:pt x="70765" y="6744"/>
                                <a:pt x="135865" y="0"/>
                                <a:pt x="1997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06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855884" name="Shape 7">
                        <a:extLst>
                          <a:ext uri="{FF2B5EF4-FFF2-40B4-BE49-F238E27FC236}">
                            <a16:creationId xmlns:a16="http://schemas.microsoft.com/office/drawing/2014/main" id="{64279A73-4FA4-971C-D1E2-6B1D25D835B2}"/>
                          </a:ext>
                        </a:extLst>
                      </wps:cNvPr>
                      <wps:cNvSpPr/>
                      <wps:spPr>
                        <a:xfrm>
                          <a:off x="4460887" y="4303"/>
                          <a:ext cx="287148" cy="6971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7148" h="697167">
                              <a:moveTo>
                                <a:pt x="0" y="0"/>
                              </a:moveTo>
                              <a:lnTo>
                                <a:pt x="12082" y="422"/>
                              </a:lnTo>
                              <a:cubicBezTo>
                                <a:pt x="30739" y="1794"/>
                                <a:pt x="48617" y="3861"/>
                                <a:pt x="65978" y="6642"/>
                              </a:cubicBezTo>
                              <a:cubicBezTo>
                                <a:pt x="145074" y="19406"/>
                                <a:pt x="206720" y="62230"/>
                                <a:pt x="230760" y="121209"/>
                              </a:cubicBezTo>
                              <a:cubicBezTo>
                                <a:pt x="262930" y="202794"/>
                                <a:pt x="253760" y="291592"/>
                                <a:pt x="207227" y="347561"/>
                              </a:cubicBezTo>
                              <a:cubicBezTo>
                                <a:pt x="183415" y="378625"/>
                                <a:pt x="146648" y="397625"/>
                                <a:pt x="113921" y="412153"/>
                              </a:cubicBezTo>
                              <a:lnTo>
                                <a:pt x="105094" y="416001"/>
                              </a:lnTo>
                              <a:lnTo>
                                <a:pt x="111330" y="423291"/>
                              </a:lnTo>
                              <a:cubicBezTo>
                                <a:pt x="174893" y="497218"/>
                                <a:pt x="230925" y="584467"/>
                                <a:pt x="287148" y="697167"/>
                              </a:cubicBezTo>
                              <a:lnTo>
                                <a:pt x="137619" y="697167"/>
                              </a:lnTo>
                              <a:cubicBezTo>
                                <a:pt x="114632" y="651142"/>
                                <a:pt x="90118" y="607066"/>
                                <a:pt x="64283" y="565228"/>
                              </a:cubicBezTo>
                              <a:lnTo>
                                <a:pt x="0" y="471473"/>
                              </a:lnTo>
                              <a:lnTo>
                                <a:pt x="0" y="341690"/>
                              </a:lnTo>
                              <a:lnTo>
                                <a:pt x="6337" y="340492"/>
                              </a:lnTo>
                              <a:cubicBezTo>
                                <a:pt x="19820" y="337496"/>
                                <a:pt x="33250" y="333839"/>
                                <a:pt x="46356" y="328892"/>
                              </a:cubicBezTo>
                              <a:cubicBezTo>
                                <a:pt x="84850" y="313767"/>
                                <a:pt x="110669" y="273304"/>
                                <a:pt x="112193" y="225794"/>
                              </a:cubicBezTo>
                              <a:cubicBezTo>
                                <a:pt x="113717" y="178232"/>
                                <a:pt x="91365" y="137719"/>
                                <a:pt x="54002" y="120155"/>
                              </a:cubicBezTo>
                              <a:cubicBezTo>
                                <a:pt x="42292" y="114529"/>
                                <a:pt x="29846" y="110386"/>
                                <a:pt x="16189" y="107648"/>
                              </a:cubicBezTo>
                              <a:lnTo>
                                <a:pt x="0" y="1061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06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1773329" name="Shape 8">
                        <a:extLst>
                          <a:ext uri="{FF2B5EF4-FFF2-40B4-BE49-F238E27FC236}">
                            <a16:creationId xmlns:a16="http://schemas.microsoft.com/office/drawing/2014/main" id="{7304E8C1-1430-C962-CF62-91EBF7913323}"/>
                          </a:ext>
                        </a:extLst>
                      </wps:cNvPr>
                      <wps:cNvSpPr/>
                      <wps:spPr>
                        <a:xfrm>
                          <a:off x="1203945" y="11447"/>
                          <a:ext cx="738683" cy="690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8683" h="690016">
                              <a:moveTo>
                                <a:pt x="110960" y="0"/>
                              </a:moveTo>
                              <a:cubicBezTo>
                                <a:pt x="140716" y="0"/>
                                <a:pt x="170485" y="51"/>
                                <a:pt x="200241" y="165"/>
                              </a:cubicBezTo>
                              <a:cubicBezTo>
                                <a:pt x="269227" y="130353"/>
                                <a:pt x="318364" y="268377"/>
                                <a:pt x="361150" y="398323"/>
                              </a:cubicBezTo>
                              <a:lnTo>
                                <a:pt x="367957" y="418998"/>
                              </a:lnTo>
                              <a:lnTo>
                                <a:pt x="374701" y="398297"/>
                              </a:lnTo>
                              <a:cubicBezTo>
                                <a:pt x="414731" y="275717"/>
                                <a:pt x="465125" y="132740"/>
                                <a:pt x="535787" y="51"/>
                              </a:cubicBezTo>
                              <a:lnTo>
                                <a:pt x="703402" y="51"/>
                              </a:lnTo>
                              <a:cubicBezTo>
                                <a:pt x="709740" y="125793"/>
                                <a:pt x="716178" y="251600"/>
                                <a:pt x="722643" y="377342"/>
                              </a:cubicBezTo>
                              <a:lnTo>
                                <a:pt x="738683" y="690016"/>
                              </a:lnTo>
                              <a:lnTo>
                                <a:pt x="609854" y="690016"/>
                              </a:lnTo>
                              <a:cubicBezTo>
                                <a:pt x="601891" y="520395"/>
                                <a:pt x="593979" y="351066"/>
                                <a:pt x="586003" y="181483"/>
                              </a:cubicBezTo>
                              <a:lnTo>
                                <a:pt x="584632" y="151689"/>
                              </a:lnTo>
                              <a:lnTo>
                                <a:pt x="572389" y="178867"/>
                              </a:lnTo>
                              <a:cubicBezTo>
                                <a:pt x="518147" y="299225"/>
                                <a:pt x="471703" y="426339"/>
                                <a:pt x="434340" y="556870"/>
                              </a:cubicBezTo>
                              <a:lnTo>
                                <a:pt x="301460" y="556870"/>
                              </a:lnTo>
                              <a:cubicBezTo>
                                <a:pt x="263931" y="425323"/>
                                <a:pt x="216992" y="297701"/>
                                <a:pt x="163373" y="178867"/>
                              </a:cubicBezTo>
                              <a:lnTo>
                                <a:pt x="151117" y="151676"/>
                              </a:lnTo>
                              <a:lnTo>
                                <a:pt x="149771" y="181508"/>
                              </a:lnTo>
                              <a:cubicBezTo>
                                <a:pt x="145847" y="267957"/>
                                <a:pt x="141757" y="354394"/>
                                <a:pt x="137681" y="440817"/>
                              </a:cubicBezTo>
                              <a:cubicBezTo>
                                <a:pt x="133820" y="523837"/>
                                <a:pt x="129896" y="606832"/>
                                <a:pt x="126098" y="689864"/>
                              </a:cubicBezTo>
                              <a:cubicBezTo>
                                <a:pt x="85077" y="690016"/>
                                <a:pt x="44107" y="690016"/>
                                <a:pt x="3035" y="690016"/>
                              </a:cubicBezTo>
                              <a:cubicBezTo>
                                <a:pt x="1359" y="656996"/>
                                <a:pt x="0" y="615074"/>
                                <a:pt x="2464" y="572669"/>
                              </a:cubicBezTo>
                              <a:cubicBezTo>
                                <a:pt x="9436" y="449466"/>
                                <a:pt x="15723" y="326263"/>
                                <a:pt x="21984" y="203073"/>
                              </a:cubicBezTo>
                              <a:cubicBezTo>
                                <a:pt x="25451" y="135395"/>
                                <a:pt x="28969" y="67742"/>
                                <a:pt x="32487" y="51"/>
                              </a:cubicBezTo>
                              <a:lnTo>
                                <a:pt x="1109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06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7679328" name="Shape 9">
                        <a:extLst>
                          <a:ext uri="{FF2B5EF4-FFF2-40B4-BE49-F238E27FC236}">
                            <a16:creationId xmlns:a16="http://schemas.microsoft.com/office/drawing/2014/main" id="{3B585C6C-938A-AFF8-D7A5-FFB656454028}"/>
                          </a:ext>
                        </a:extLst>
                      </wps:cNvPr>
                      <wps:cNvSpPr/>
                      <wps:spPr>
                        <a:xfrm>
                          <a:off x="2838200" y="11448"/>
                          <a:ext cx="507670" cy="690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7670" h="690016">
                              <a:moveTo>
                                <a:pt x="340881" y="0"/>
                              </a:moveTo>
                              <a:lnTo>
                                <a:pt x="507670" y="51"/>
                              </a:lnTo>
                              <a:cubicBezTo>
                                <a:pt x="507670" y="36601"/>
                                <a:pt x="507631" y="73228"/>
                                <a:pt x="507505" y="109791"/>
                              </a:cubicBezTo>
                              <a:lnTo>
                                <a:pt x="320789" y="109791"/>
                              </a:lnTo>
                              <a:lnTo>
                                <a:pt x="320789" y="116967"/>
                              </a:lnTo>
                              <a:cubicBezTo>
                                <a:pt x="320713" y="245859"/>
                                <a:pt x="320751" y="374802"/>
                                <a:pt x="320751" y="503707"/>
                              </a:cubicBezTo>
                              <a:lnTo>
                                <a:pt x="320789" y="690016"/>
                              </a:lnTo>
                              <a:lnTo>
                                <a:pt x="186868" y="690016"/>
                              </a:lnTo>
                              <a:lnTo>
                                <a:pt x="186868" y="109791"/>
                              </a:lnTo>
                              <a:lnTo>
                                <a:pt x="179730" y="109791"/>
                              </a:lnTo>
                              <a:cubicBezTo>
                                <a:pt x="119748" y="109639"/>
                                <a:pt x="59868" y="109791"/>
                                <a:pt x="0" y="109639"/>
                              </a:cubicBezTo>
                              <a:lnTo>
                                <a:pt x="0" y="51"/>
                              </a:lnTo>
                              <a:lnTo>
                                <a:pt x="3408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06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1442906" name="Shape 10">
                        <a:extLst>
                          <a:ext uri="{FF2B5EF4-FFF2-40B4-BE49-F238E27FC236}">
                            <a16:creationId xmlns:a16="http://schemas.microsoft.com/office/drawing/2014/main" id="{7E0DCD0D-2DAB-7404-CBCE-724CAB8532B7}"/>
                          </a:ext>
                        </a:extLst>
                      </wps:cNvPr>
                      <wps:cNvSpPr/>
                      <wps:spPr>
                        <a:xfrm>
                          <a:off x="7074" y="929236"/>
                          <a:ext cx="461480" cy="7166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1480" h="716699">
                              <a:moveTo>
                                <a:pt x="308331" y="0"/>
                              </a:moveTo>
                              <a:cubicBezTo>
                                <a:pt x="355333" y="0"/>
                                <a:pt x="406730" y="6972"/>
                                <a:pt x="461239" y="20663"/>
                              </a:cubicBezTo>
                              <a:cubicBezTo>
                                <a:pt x="461480" y="56896"/>
                                <a:pt x="461480" y="93015"/>
                                <a:pt x="461366" y="129197"/>
                              </a:cubicBezTo>
                              <a:cubicBezTo>
                                <a:pt x="414681" y="117259"/>
                                <a:pt x="368859" y="107061"/>
                                <a:pt x="322606" y="107061"/>
                              </a:cubicBezTo>
                              <a:cubicBezTo>
                                <a:pt x="286068" y="107061"/>
                                <a:pt x="254356" y="113462"/>
                                <a:pt x="225044" y="127102"/>
                              </a:cubicBezTo>
                              <a:cubicBezTo>
                                <a:pt x="141224" y="175095"/>
                                <a:pt x="139636" y="286550"/>
                                <a:pt x="138633" y="360655"/>
                              </a:cubicBezTo>
                              <a:cubicBezTo>
                                <a:pt x="139827" y="429438"/>
                                <a:pt x="141872" y="544741"/>
                                <a:pt x="228244" y="591325"/>
                              </a:cubicBezTo>
                              <a:cubicBezTo>
                                <a:pt x="256388" y="603783"/>
                                <a:pt x="287261" y="609791"/>
                                <a:pt x="322606" y="609791"/>
                              </a:cubicBezTo>
                              <a:cubicBezTo>
                                <a:pt x="369024" y="609791"/>
                                <a:pt x="416395" y="599148"/>
                                <a:pt x="461366" y="587616"/>
                              </a:cubicBezTo>
                              <a:cubicBezTo>
                                <a:pt x="461480" y="624078"/>
                                <a:pt x="461480" y="660578"/>
                                <a:pt x="461239" y="697128"/>
                              </a:cubicBezTo>
                              <a:cubicBezTo>
                                <a:pt x="404368" y="710324"/>
                                <a:pt x="354165" y="716699"/>
                                <a:pt x="307950" y="716699"/>
                              </a:cubicBezTo>
                              <a:cubicBezTo>
                                <a:pt x="233096" y="716699"/>
                                <a:pt x="169583" y="699135"/>
                                <a:pt x="119380" y="664477"/>
                              </a:cubicBezTo>
                              <a:cubicBezTo>
                                <a:pt x="41072" y="608419"/>
                                <a:pt x="927" y="505866"/>
                                <a:pt x="0" y="359804"/>
                              </a:cubicBezTo>
                              <a:cubicBezTo>
                                <a:pt x="0" y="213195"/>
                                <a:pt x="39624" y="110096"/>
                                <a:pt x="117602" y="53518"/>
                              </a:cubicBezTo>
                              <a:cubicBezTo>
                                <a:pt x="168720" y="18021"/>
                                <a:pt x="232918" y="0"/>
                                <a:pt x="3083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06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1903946" name="Shape 11">
                        <a:extLst>
                          <a:ext uri="{FF2B5EF4-FFF2-40B4-BE49-F238E27FC236}">
                            <a16:creationId xmlns:a16="http://schemas.microsoft.com/office/drawing/2014/main" id="{4B801C7C-6EE5-2AFB-B06B-4181EA184C9F}"/>
                          </a:ext>
                        </a:extLst>
                      </wps:cNvPr>
                      <wps:cNvSpPr/>
                      <wps:spPr>
                        <a:xfrm>
                          <a:off x="603108" y="933791"/>
                          <a:ext cx="246265" cy="6988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265" h="698855">
                              <a:moveTo>
                                <a:pt x="199530" y="0"/>
                              </a:moveTo>
                              <a:lnTo>
                                <a:pt x="246265" y="1652"/>
                              </a:lnTo>
                              <a:lnTo>
                                <a:pt x="246265" y="107911"/>
                              </a:lnTo>
                              <a:lnTo>
                                <a:pt x="217526" y="105372"/>
                              </a:lnTo>
                              <a:cubicBezTo>
                                <a:pt x="196558" y="105372"/>
                                <a:pt x="175451" y="107505"/>
                                <a:pt x="154978" y="109487"/>
                              </a:cubicBezTo>
                              <a:lnTo>
                                <a:pt x="134290" y="111468"/>
                              </a:lnTo>
                              <a:lnTo>
                                <a:pt x="134328" y="181229"/>
                              </a:lnTo>
                              <a:cubicBezTo>
                                <a:pt x="134353" y="240259"/>
                                <a:pt x="134430" y="299314"/>
                                <a:pt x="134061" y="358406"/>
                              </a:cubicBezTo>
                              <a:lnTo>
                                <a:pt x="133998" y="368389"/>
                              </a:lnTo>
                              <a:lnTo>
                                <a:pt x="143472" y="365265"/>
                              </a:lnTo>
                              <a:cubicBezTo>
                                <a:pt x="165837" y="357848"/>
                                <a:pt x="189649" y="353695"/>
                                <a:pt x="212700" y="349695"/>
                              </a:cubicBezTo>
                              <a:lnTo>
                                <a:pt x="246265" y="343342"/>
                              </a:lnTo>
                              <a:lnTo>
                                <a:pt x="246265" y="473132"/>
                              </a:lnTo>
                              <a:lnTo>
                                <a:pt x="229464" y="448614"/>
                              </a:lnTo>
                              <a:lnTo>
                                <a:pt x="226441" y="444627"/>
                              </a:lnTo>
                              <a:lnTo>
                                <a:pt x="221679" y="446075"/>
                              </a:lnTo>
                              <a:cubicBezTo>
                                <a:pt x="216332" y="447751"/>
                                <a:pt x="210426" y="449110"/>
                                <a:pt x="204343" y="450532"/>
                              </a:cubicBezTo>
                              <a:cubicBezTo>
                                <a:pt x="177216" y="456819"/>
                                <a:pt x="143446" y="464693"/>
                                <a:pt x="140335" y="500659"/>
                              </a:cubicBezTo>
                              <a:cubicBezTo>
                                <a:pt x="132969" y="546265"/>
                                <a:pt x="133604" y="593039"/>
                                <a:pt x="134239" y="638187"/>
                              </a:cubicBezTo>
                              <a:cubicBezTo>
                                <a:pt x="134569" y="658127"/>
                                <a:pt x="134849" y="678700"/>
                                <a:pt x="134442" y="698855"/>
                              </a:cubicBezTo>
                              <a:lnTo>
                                <a:pt x="89" y="698855"/>
                              </a:lnTo>
                              <a:lnTo>
                                <a:pt x="89" y="473164"/>
                              </a:lnTo>
                              <a:cubicBezTo>
                                <a:pt x="38" y="320192"/>
                                <a:pt x="0" y="167157"/>
                                <a:pt x="89" y="14110"/>
                              </a:cubicBezTo>
                              <a:lnTo>
                                <a:pt x="5931" y="13526"/>
                              </a:lnTo>
                              <a:cubicBezTo>
                                <a:pt x="69393" y="6858"/>
                                <a:pt x="135052" y="0"/>
                                <a:pt x="1995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06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4853105" name="Shape 12">
                        <a:extLst>
                          <a:ext uri="{FF2B5EF4-FFF2-40B4-BE49-F238E27FC236}">
                            <a16:creationId xmlns:a16="http://schemas.microsoft.com/office/drawing/2014/main" id="{5AF5ADB2-518F-F5EF-007D-969B2A98E717}"/>
                          </a:ext>
                        </a:extLst>
                      </wps:cNvPr>
                      <wps:cNvSpPr/>
                      <wps:spPr>
                        <a:xfrm>
                          <a:off x="849373" y="935443"/>
                          <a:ext cx="287212" cy="697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7212" h="697204">
                              <a:moveTo>
                                <a:pt x="0" y="0"/>
                              </a:moveTo>
                              <a:lnTo>
                                <a:pt x="12193" y="431"/>
                              </a:lnTo>
                              <a:cubicBezTo>
                                <a:pt x="30976" y="1828"/>
                                <a:pt x="48985" y="3936"/>
                                <a:pt x="66473" y="6781"/>
                              </a:cubicBezTo>
                              <a:cubicBezTo>
                                <a:pt x="144705" y="19481"/>
                                <a:pt x="205970" y="61937"/>
                                <a:pt x="230316" y="120128"/>
                              </a:cubicBezTo>
                              <a:cubicBezTo>
                                <a:pt x="263247" y="201929"/>
                                <a:pt x="254230" y="291185"/>
                                <a:pt x="207240" y="347788"/>
                              </a:cubicBezTo>
                              <a:cubicBezTo>
                                <a:pt x="183516" y="378523"/>
                                <a:pt x="148261" y="397052"/>
                                <a:pt x="113742" y="412393"/>
                              </a:cubicBezTo>
                              <a:lnTo>
                                <a:pt x="104992" y="416280"/>
                              </a:lnTo>
                              <a:lnTo>
                                <a:pt x="111253" y="423519"/>
                              </a:lnTo>
                              <a:cubicBezTo>
                                <a:pt x="174652" y="496975"/>
                                <a:pt x="230709" y="584174"/>
                                <a:pt x="287212" y="697204"/>
                              </a:cubicBezTo>
                              <a:lnTo>
                                <a:pt x="137466" y="697204"/>
                              </a:lnTo>
                              <a:cubicBezTo>
                                <a:pt x="114765" y="651540"/>
                                <a:pt x="90438" y="607656"/>
                                <a:pt x="64666" y="565849"/>
                              </a:cubicBezTo>
                              <a:lnTo>
                                <a:pt x="0" y="471481"/>
                              </a:lnTo>
                              <a:lnTo>
                                <a:pt x="0" y="341690"/>
                              </a:lnTo>
                              <a:lnTo>
                                <a:pt x="5715" y="340608"/>
                              </a:lnTo>
                              <a:cubicBezTo>
                                <a:pt x="18858" y="337711"/>
                                <a:pt x="31961" y="334199"/>
                                <a:pt x="44756" y="329488"/>
                              </a:cubicBezTo>
                              <a:cubicBezTo>
                                <a:pt x="83834" y="315124"/>
                                <a:pt x="110288" y="274865"/>
                                <a:pt x="112168" y="226923"/>
                              </a:cubicBezTo>
                              <a:cubicBezTo>
                                <a:pt x="113984" y="179170"/>
                                <a:pt x="90793" y="137121"/>
                                <a:pt x="53125" y="119811"/>
                              </a:cubicBezTo>
                              <a:cubicBezTo>
                                <a:pt x="41556" y="114324"/>
                                <a:pt x="29246" y="110302"/>
                                <a:pt x="15751" y="107650"/>
                              </a:cubicBezTo>
                              <a:lnTo>
                                <a:pt x="0" y="1062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06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2197965" name="Shape 13">
                        <a:extLst>
                          <a:ext uri="{FF2B5EF4-FFF2-40B4-BE49-F238E27FC236}">
                            <a16:creationId xmlns:a16="http://schemas.microsoft.com/office/drawing/2014/main" id="{03F2B7FB-9961-7628-1C02-91694A4C20E2}"/>
                          </a:ext>
                        </a:extLst>
                      </wps:cNvPr>
                      <wps:cNvSpPr/>
                      <wps:spPr>
                        <a:xfrm>
                          <a:off x="1858229" y="933925"/>
                          <a:ext cx="273387" cy="7076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387" h="707695">
                              <a:moveTo>
                                <a:pt x="187935" y="0"/>
                              </a:moveTo>
                              <a:cubicBezTo>
                                <a:pt x="209893" y="0"/>
                                <a:pt x="230946" y="679"/>
                                <a:pt x="251359" y="2056"/>
                              </a:cubicBezTo>
                              <a:lnTo>
                                <a:pt x="273387" y="4362"/>
                              </a:lnTo>
                              <a:lnTo>
                                <a:pt x="273387" y="114486"/>
                              </a:lnTo>
                              <a:lnTo>
                                <a:pt x="250714" y="109830"/>
                              </a:lnTo>
                              <a:cubicBezTo>
                                <a:pt x="237780" y="108195"/>
                                <a:pt x="223942" y="107392"/>
                                <a:pt x="209105" y="107392"/>
                              </a:cubicBezTo>
                              <a:cubicBezTo>
                                <a:pt x="185661" y="107392"/>
                                <a:pt x="162382" y="109334"/>
                                <a:pt x="140691" y="111455"/>
                              </a:cubicBezTo>
                              <a:lnTo>
                                <a:pt x="134226" y="112027"/>
                              </a:lnTo>
                              <a:lnTo>
                                <a:pt x="134341" y="597853"/>
                              </a:lnTo>
                              <a:lnTo>
                                <a:pt x="146787" y="598513"/>
                              </a:lnTo>
                              <a:cubicBezTo>
                                <a:pt x="164948" y="599504"/>
                                <a:pt x="183705" y="600520"/>
                                <a:pt x="202540" y="600520"/>
                              </a:cubicBezTo>
                              <a:cubicBezTo>
                                <a:pt x="223679" y="600520"/>
                                <a:pt x="247742" y="599393"/>
                                <a:pt x="271906" y="593885"/>
                              </a:cubicBezTo>
                              <a:lnTo>
                                <a:pt x="273387" y="593393"/>
                              </a:lnTo>
                              <a:lnTo>
                                <a:pt x="273387" y="703457"/>
                              </a:lnTo>
                              <a:lnTo>
                                <a:pt x="191084" y="707695"/>
                              </a:lnTo>
                              <a:cubicBezTo>
                                <a:pt x="142977" y="707695"/>
                                <a:pt x="93929" y="704076"/>
                                <a:pt x="46533" y="700520"/>
                              </a:cubicBezTo>
                              <a:cubicBezTo>
                                <a:pt x="31039" y="699377"/>
                                <a:pt x="15507" y="698221"/>
                                <a:pt x="89" y="697192"/>
                              </a:cubicBezTo>
                              <a:lnTo>
                                <a:pt x="38" y="471678"/>
                              </a:lnTo>
                              <a:cubicBezTo>
                                <a:pt x="0" y="318897"/>
                                <a:pt x="0" y="166205"/>
                                <a:pt x="89" y="13538"/>
                              </a:cubicBezTo>
                              <a:cubicBezTo>
                                <a:pt x="73000" y="4344"/>
                                <a:pt x="132766" y="0"/>
                                <a:pt x="1879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06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6895592" name="Shape 14">
                        <a:extLst>
                          <a:ext uri="{FF2B5EF4-FFF2-40B4-BE49-F238E27FC236}">
                            <a16:creationId xmlns:a16="http://schemas.microsoft.com/office/drawing/2014/main" id="{5933596C-D056-FDCE-43E2-DA50762093AD}"/>
                          </a:ext>
                        </a:extLst>
                      </wps:cNvPr>
                      <wps:cNvSpPr/>
                      <wps:spPr>
                        <a:xfrm>
                          <a:off x="2131616" y="938287"/>
                          <a:ext cx="288017" cy="6990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017" h="699095">
                              <a:moveTo>
                                <a:pt x="0" y="0"/>
                              </a:moveTo>
                              <a:lnTo>
                                <a:pt x="37547" y="3931"/>
                              </a:lnTo>
                              <a:cubicBezTo>
                                <a:pt x="134867" y="19108"/>
                                <a:pt x="217760" y="85110"/>
                                <a:pt x="248672" y="171889"/>
                              </a:cubicBezTo>
                              <a:cubicBezTo>
                                <a:pt x="285591" y="277616"/>
                                <a:pt x="288017" y="398317"/>
                                <a:pt x="255391" y="511715"/>
                              </a:cubicBezTo>
                              <a:cubicBezTo>
                                <a:pt x="230143" y="597517"/>
                                <a:pt x="158591" y="665881"/>
                                <a:pt x="72891" y="685896"/>
                              </a:cubicBezTo>
                              <a:cubicBezTo>
                                <a:pt x="49904" y="691833"/>
                                <a:pt x="26092" y="696192"/>
                                <a:pt x="533" y="699067"/>
                              </a:cubicBezTo>
                              <a:lnTo>
                                <a:pt x="0" y="699095"/>
                              </a:lnTo>
                              <a:lnTo>
                                <a:pt x="0" y="589031"/>
                              </a:lnTo>
                              <a:lnTo>
                                <a:pt x="34486" y="577571"/>
                              </a:lnTo>
                              <a:cubicBezTo>
                                <a:pt x="46264" y="572221"/>
                                <a:pt x="57715" y="565370"/>
                                <a:pt x="68485" y="556610"/>
                              </a:cubicBezTo>
                              <a:cubicBezTo>
                                <a:pt x="129749" y="505518"/>
                                <a:pt x="138462" y="420605"/>
                                <a:pt x="139160" y="352216"/>
                              </a:cubicBezTo>
                              <a:cubicBezTo>
                                <a:pt x="138360" y="273590"/>
                                <a:pt x="129686" y="193910"/>
                                <a:pt x="71952" y="143428"/>
                              </a:cubicBezTo>
                              <a:cubicBezTo>
                                <a:pt x="55188" y="129655"/>
                                <a:pt x="35966" y="119555"/>
                                <a:pt x="13517" y="112899"/>
                              </a:cubicBezTo>
                              <a:lnTo>
                                <a:pt x="0" y="1101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06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8584659" name="Shape 15">
                        <a:extLst>
                          <a:ext uri="{FF2B5EF4-FFF2-40B4-BE49-F238E27FC236}">
                            <a16:creationId xmlns:a16="http://schemas.microsoft.com/office/drawing/2014/main" id="{C6E5C04E-297F-425F-D4E9-238F621752CD}"/>
                          </a:ext>
                        </a:extLst>
                      </wps:cNvPr>
                      <wps:cNvSpPr/>
                      <wps:spPr>
                        <a:xfrm>
                          <a:off x="1261730" y="942753"/>
                          <a:ext cx="443116" cy="6898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3116" h="689889">
                              <a:moveTo>
                                <a:pt x="102" y="0"/>
                              </a:moveTo>
                              <a:lnTo>
                                <a:pt x="442963" y="0"/>
                              </a:lnTo>
                              <a:lnTo>
                                <a:pt x="442963" y="106769"/>
                              </a:lnTo>
                              <a:lnTo>
                                <a:pt x="134442" y="106769"/>
                              </a:lnTo>
                              <a:lnTo>
                                <a:pt x="134391" y="113855"/>
                              </a:lnTo>
                              <a:cubicBezTo>
                                <a:pt x="134252" y="168199"/>
                                <a:pt x="134252" y="222834"/>
                                <a:pt x="134391" y="277216"/>
                              </a:cubicBezTo>
                              <a:lnTo>
                                <a:pt x="134442" y="284315"/>
                              </a:lnTo>
                              <a:lnTo>
                                <a:pt x="399707" y="284404"/>
                              </a:lnTo>
                              <a:cubicBezTo>
                                <a:pt x="399707" y="319329"/>
                                <a:pt x="399707" y="354381"/>
                                <a:pt x="399593" y="389293"/>
                              </a:cubicBezTo>
                              <a:lnTo>
                                <a:pt x="134252" y="389293"/>
                              </a:lnTo>
                              <a:lnTo>
                                <a:pt x="134277" y="456248"/>
                              </a:lnTo>
                              <a:cubicBezTo>
                                <a:pt x="134353" y="496062"/>
                                <a:pt x="134391" y="535915"/>
                                <a:pt x="134252" y="575767"/>
                              </a:cubicBezTo>
                              <a:lnTo>
                                <a:pt x="134252" y="582892"/>
                              </a:lnTo>
                              <a:lnTo>
                                <a:pt x="141376" y="582892"/>
                              </a:lnTo>
                              <a:cubicBezTo>
                                <a:pt x="170942" y="582981"/>
                                <a:pt x="200482" y="582981"/>
                                <a:pt x="230048" y="582981"/>
                              </a:cubicBezTo>
                              <a:lnTo>
                                <a:pt x="331318" y="582981"/>
                              </a:lnTo>
                              <a:cubicBezTo>
                                <a:pt x="368567" y="582981"/>
                                <a:pt x="405841" y="582981"/>
                                <a:pt x="443116" y="583209"/>
                              </a:cubicBezTo>
                              <a:cubicBezTo>
                                <a:pt x="442963" y="618680"/>
                                <a:pt x="442963" y="654304"/>
                                <a:pt x="442963" y="689889"/>
                              </a:cubicBezTo>
                              <a:lnTo>
                                <a:pt x="102" y="689889"/>
                              </a:lnTo>
                              <a:lnTo>
                                <a:pt x="89" y="462255"/>
                              </a:lnTo>
                              <a:cubicBezTo>
                                <a:pt x="51" y="308204"/>
                                <a:pt x="0" y="154089"/>
                                <a:pt x="1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06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5838562" name="Shape 16">
                        <a:extLst>
                          <a:ext uri="{FF2B5EF4-FFF2-40B4-BE49-F238E27FC236}">
                            <a16:creationId xmlns:a16="http://schemas.microsoft.com/office/drawing/2014/main" id="{40AA8DAD-F00B-0DEC-3650-26CBAD40FCC4}"/>
                          </a:ext>
                        </a:extLst>
                      </wps:cNvPr>
                      <wps:cNvSpPr/>
                      <wps:spPr>
                        <a:xfrm>
                          <a:off x="2552183" y="942753"/>
                          <a:ext cx="134353" cy="6898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353" h="689889">
                              <a:moveTo>
                                <a:pt x="76" y="0"/>
                              </a:moveTo>
                              <a:lnTo>
                                <a:pt x="134264" y="0"/>
                              </a:lnTo>
                              <a:cubicBezTo>
                                <a:pt x="134353" y="154089"/>
                                <a:pt x="134353" y="308203"/>
                                <a:pt x="134264" y="462254"/>
                              </a:cubicBezTo>
                              <a:lnTo>
                                <a:pt x="134264" y="689889"/>
                              </a:lnTo>
                              <a:lnTo>
                                <a:pt x="76" y="689889"/>
                              </a:lnTo>
                              <a:lnTo>
                                <a:pt x="76" y="462254"/>
                              </a:lnTo>
                              <a:cubicBezTo>
                                <a:pt x="38" y="308051"/>
                                <a:pt x="0" y="154229"/>
                                <a:pt x="7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06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283872" name="Shape 17">
                        <a:extLst>
                          <a:ext uri="{FF2B5EF4-FFF2-40B4-BE49-F238E27FC236}">
                            <a16:creationId xmlns:a16="http://schemas.microsoft.com/office/drawing/2014/main" id="{F5D08467-8053-04EB-C606-16320E9DD0DE}"/>
                          </a:ext>
                        </a:extLst>
                      </wps:cNvPr>
                      <wps:cNvSpPr/>
                      <wps:spPr>
                        <a:xfrm>
                          <a:off x="2838664" y="942687"/>
                          <a:ext cx="507670" cy="689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7670" h="689953">
                              <a:moveTo>
                                <a:pt x="340919" y="0"/>
                              </a:moveTo>
                              <a:lnTo>
                                <a:pt x="507670" y="64"/>
                              </a:lnTo>
                              <a:cubicBezTo>
                                <a:pt x="507593" y="36601"/>
                                <a:pt x="507593" y="73190"/>
                                <a:pt x="507593" y="109753"/>
                              </a:cubicBezTo>
                              <a:lnTo>
                                <a:pt x="321043" y="109753"/>
                              </a:lnTo>
                              <a:lnTo>
                                <a:pt x="320980" y="116903"/>
                              </a:lnTo>
                              <a:cubicBezTo>
                                <a:pt x="320840" y="262014"/>
                                <a:pt x="320878" y="407060"/>
                                <a:pt x="320878" y="552171"/>
                              </a:cubicBezTo>
                              <a:lnTo>
                                <a:pt x="320916" y="689953"/>
                              </a:lnTo>
                              <a:lnTo>
                                <a:pt x="186931" y="689953"/>
                              </a:lnTo>
                              <a:lnTo>
                                <a:pt x="186931" y="109753"/>
                              </a:lnTo>
                              <a:lnTo>
                                <a:pt x="179794" y="109753"/>
                              </a:lnTo>
                              <a:cubicBezTo>
                                <a:pt x="119748" y="109626"/>
                                <a:pt x="59957" y="109753"/>
                                <a:pt x="76" y="109626"/>
                              </a:cubicBezTo>
                              <a:cubicBezTo>
                                <a:pt x="0" y="73101"/>
                                <a:pt x="0" y="36601"/>
                                <a:pt x="76" y="64"/>
                              </a:cubicBezTo>
                              <a:lnTo>
                                <a:pt x="3409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06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818145" name="Shape 18">
                        <a:extLst>
                          <a:ext uri="{FF2B5EF4-FFF2-40B4-BE49-F238E27FC236}">
                            <a16:creationId xmlns:a16="http://schemas.microsoft.com/office/drawing/2014/main" id="{F4BC36D9-010A-FB63-A59B-85CAE95DB5C3}"/>
                          </a:ext>
                        </a:extLst>
                      </wps:cNvPr>
                      <wps:cNvSpPr/>
                      <wps:spPr>
                        <a:xfrm>
                          <a:off x="2047589" y="1857"/>
                          <a:ext cx="548830" cy="547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830" h="547789">
                              <a:moveTo>
                                <a:pt x="354330" y="0"/>
                              </a:moveTo>
                              <a:cubicBezTo>
                                <a:pt x="423596" y="0"/>
                                <a:pt x="490881" y="19989"/>
                                <a:pt x="548830" y="57899"/>
                              </a:cubicBezTo>
                              <a:lnTo>
                                <a:pt x="461861" y="144818"/>
                              </a:lnTo>
                              <a:cubicBezTo>
                                <a:pt x="428523" y="126517"/>
                                <a:pt x="392392" y="117208"/>
                                <a:pt x="354330" y="117208"/>
                              </a:cubicBezTo>
                              <a:cubicBezTo>
                                <a:pt x="228079" y="117208"/>
                                <a:pt x="125400" y="223202"/>
                                <a:pt x="125400" y="353479"/>
                              </a:cubicBezTo>
                              <a:cubicBezTo>
                                <a:pt x="125400" y="389407"/>
                                <a:pt x="133502" y="424269"/>
                                <a:pt x="149542" y="457124"/>
                              </a:cubicBezTo>
                              <a:lnTo>
                                <a:pt x="58890" y="547789"/>
                              </a:lnTo>
                              <a:cubicBezTo>
                                <a:pt x="20409" y="490347"/>
                                <a:pt x="0" y="423482"/>
                                <a:pt x="0" y="354419"/>
                              </a:cubicBezTo>
                              <a:cubicBezTo>
                                <a:pt x="0" y="159017"/>
                                <a:pt x="158953" y="0"/>
                                <a:pt x="3543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137208" name="Shape 19">
                        <a:extLst>
                          <a:ext uri="{FF2B5EF4-FFF2-40B4-BE49-F238E27FC236}">
                            <a16:creationId xmlns:a16="http://schemas.microsoft.com/office/drawing/2014/main" id="{D495CCE8-9218-B5FE-4C9C-F039A76FA5EB}"/>
                          </a:ext>
                        </a:extLst>
                      </wps:cNvPr>
                      <wps:cNvSpPr/>
                      <wps:spPr>
                        <a:xfrm>
                          <a:off x="2189244" y="141533"/>
                          <a:ext cx="567144" cy="5654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7144" h="565442">
                              <a:moveTo>
                                <a:pt x="494716" y="0"/>
                              </a:moveTo>
                              <a:cubicBezTo>
                                <a:pt x="542137" y="62027"/>
                                <a:pt x="567144" y="136258"/>
                                <a:pt x="567144" y="214732"/>
                              </a:cubicBezTo>
                              <a:cubicBezTo>
                                <a:pt x="567144" y="408115"/>
                                <a:pt x="408102" y="565442"/>
                                <a:pt x="212674" y="565442"/>
                              </a:cubicBezTo>
                              <a:cubicBezTo>
                                <a:pt x="135687" y="565442"/>
                                <a:pt x="62052" y="540931"/>
                                <a:pt x="0" y="494716"/>
                              </a:cubicBezTo>
                              <a:lnTo>
                                <a:pt x="85979" y="408661"/>
                              </a:lnTo>
                              <a:cubicBezTo>
                                <a:pt x="123508" y="434569"/>
                                <a:pt x="167297" y="448259"/>
                                <a:pt x="212674" y="448259"/>
                              </a:cubicBezTo>
                              <a:cubicBezTo>
                                <a:pt x="338950" y="448259"/>
                                <a:pt x="441680" y="343116"/>
                                <a:pt x="441680" y="213805"/>
                              </a:cubicBezTo>
                              <a:cubicBezTo>
                                <a:pt x="441680" y="169444"/>
                                <a:pt x="429527" y="125984"/>
                                <a:pt x="406502" y="88202"/>
                              </a:cubicBezTo>
                              <a:lnTo>
                                <a:pt x="4947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4588970" name="Shape 20">
                        <a:extLst>
                          <a:ext uri="{FF2B5EF4-FFF2-40B4-BE49-F238E27FC236}">
                            <a16:creationId xmlns:a16="http://schemas.microsoft.com/office/drawing/2014/main" id="{01E600F5-8119-34A0-1F52-ECBD813CB619}"/>
                          </a:ext>
                        </a:extLst>
                      </wps:cNvPr>
                      <wps:cNvSpPr/>
                      <wps:spPr>
                        <a:xfrm>
                          <a:off x="3405519" y="160010"/>
                          <a:ext cx="547713" cy="5488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7713" h="548830">
                              <a:moveTo>
                                <a:pt x="57861" y="0"/>
                              </a:moveTo>
                              <a:lnTo>
                                <a:pt x="144742" y="86881"/>
                              </a:lnTo>
                              <a:cubicBezTo>
                                <a:pt x="126428" y="120218"/>
                                <a:pt x="117145" y="156464"/>
                                <a:pt x="117145" y="194399"/>
                              </a:cubicBezTo>
                              <a:cubicBezTo>
                                <a:pt x="117145" y="320637"/>
                                <a:pt x="223202" y="423316"/>
                                <a:pt x="353428" y="423316"/>
                              </a:cubicBezTo>
                              <a:cubicBezTo>
                                <a:pt x="389293" y="423316"/>
                                <a:pt x="424193" y="415227"/>
                                <a:pt x="457086" y="399174"/>
                              </a:cubicBezTo>
                              <a:lnTo>
                                <a:pt x="547713" y="489864"/>
                              </a:lnTo>
                              <a:cubicBezTo>
                                <a:pt x="490232" y="528460"/>
                                <a:pt x="423380" y="548830"/>
                                <a:pt x="354330" y="548830"/>
                              </a:cubicBezTo>
                              <a:cubicBezTo>
                                <a:pt x="158966" y="548830"/>
                                <a:pt x="0" y="389852"/>
                                <a:pt x="0" y="194399"/>
                              </a:cubicBezTo>
                              <a:cubicBezTo>
                                <a:pt x="0" y="125247"/>
                                <a:pt x="20002" y="58014"/>
                                <a:pt x="578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604029" name="Shape 21">
                        <a:extLst>
                          <a:ext uri="{FF2B5EF4-FFF2-40B4-BE49-F238E27FC236}">
                            <a16:creationId xmlns:a16="http://schemas.microsoft.com/office/drawing/2014/main" id="{A1D95BC3-850E-F68C-0541-A7A2CD88C642}"/>
                          </a:ext>
                        </a:extLst>
                      </wps:cNvPr>
                      <wps:cNvSpPr/>
                      <wps:spPr>
                        <a:xfrm>
                          <a:off x="3545137" y="0"/>
                          <a:ext cx="565467" cy="5671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5467" h="567106">
                              <a:moveTo>
                                <a:pt x="214706" y="0"/>
                              </a:moveTo>
                              <a:cubicBezTo>
                                <a:pt x="408140" y="0"/>
                                <a:pt x="565467" y="158941"/>
                                <a:pt x="565467" y="354419"/>
                              </a:cubicBezTo>
                              <a:cubicBezTo>
                                <a:pt x="565467" y="431508"/>
                                <a:pt x="541007" y="505028"/>
                                <a:pt x="494678" y="567106"/>
                              </a:cubicBezTo>
                              <a:lnTo>
                                <a:pt x="408686" y="481203"/>
                              </a:lnTo>
                              <a:cubicBezTo>
                                <a:pt x="434581" y="443573"/>
                                <a:pt x="448297" y="399745"/>
                                <a:pt x="448297" y="354419"/>
                              </a:cubicBezTo>
                              <a:cubicBezTo>
                                <a:pt x="448297" y="228181"/>
                                <a:pt x="343103" y="125476"/>
                                <a:pt x="213804" y="125476"/>
                              </a:cubicBezTo>
                              <a:cubicBezTo>
                                <a:pt x="169342" y="125476"/>
                                <a:pt x="125959" y="137668"/>
                                <a:pt x="88252" y="160681"/>
                              </a:cubicBezTo>
                              <a:lnTo>
                                <a:pt x="0" y="72403"/>
                              </a:lnTo>
                              <a:cubicBezTo>
                                <a:pt x="62039" y="25006"/>
                                <a:pt x="136322" y="0"/>
                                <a:pt x="2147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46058160" name="Shape 22">
                        <a:extLst>
                          <a:ext uri="{FF2B5EF4-FFF2-40B4-BE49-F238E27FC236}">
                            <a16:creationId xmlns:a16="http://schemas.microsoft.com/office/drawing/2014/main" id="{C4C7910F-63E7-502E-BDF8-F39867595ED0}"/>
                          </a:ext>
                        </a:extLst>
                      </wps:cNvPr>
                      <wps:cNvSpPr/>
                      <wps:spPr>
                        <a:xfrm>
                          <a:off x="3403566" y="943706"/>
                          <a:ext cx="548843" cy="547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843" h="547751">
                              <a:moveTo>
                                <a:pt x="354444" y="0"/>
                              </a:moveTo>
                              <a:cubicBezTo>
                                <a:pt x="423659" y="0"/>
                                <a:pt x="490881" y="19964"/>
                                <a:pt x="548843" y="57874"/>
                              </a:cubicBezTo>
                              <a:lnTo>
                                <a:pt x="461963" y="144793"/>
                              </a:lnTo>
                              <a:cubicBezTo>
                                <a:pt x="428625" y="126429"/>
                                <a:pt x="392392" y="117158"/>
                                <a:pt x="354444" y="117158"/>
                              </a:cubicBezTo>
                              <a:cubicBezTo>
                                <a:pt x="228206" y="117158"/>
                                <a:pt x="125501" y="223203"/>
                                <a:pt x="125501" y="353466"/>
                              </a:cubicBezTo>
                              <a:cubicBezTo>
                                <a:pt x="125501" y="389331"/>
                                <a:pt x="133655" y="424180"/>
                                <a:pt x="149631" y="457124"/>
                              </a:cubicBezTo>
                              <a:lnTo>
                                <a:pt x="58991" y="547751"/>
                              </a:lnTo>
                              <a:cubicBezTo>
                                <a:pt x="20358" y="490284"/>
                                <a:pt x="0" y="423380"/>
                                <a:pt x="0" y="354419"/>
                              </a:cubicBezTo>
                              <a:cubicBezTo>
                                <a:pt x="0" y="158941"/>
                                <a:pt x="159055" y="0"/>
                                <a:pt x="35444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4435205" name="Shape 23">
                        <a:extLst>
                          <a:ext uri="{FF2B5EF4-FFF2-40B4-BE49-F238E27FC236}">
                            <a16:creationId xmlns:a16="http://schemas.microsoft.com/office/drawing/2014/main" id="{75A8CB00-D8CA-FE41-B171-0B1E1AFD0D09}"/>
                          </a:ext>
                        </a:extLst>
                      </wps:cNvPr>
                      <wps:cNvSpPr/>
                      <wps:spPr>
                        <a:xfrm>
                          <a:off x="3545320" y="1083331"/>
                          <a:ext cx="567144" cy="5654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7144" h="565467">
                              <a:moveTo>
                                <a:pt x="494678" y="0"/>
                              </a:moveTo>
                              <a:cubicBezTo>
                                <a:pt x="542062" y="62090"/>
                                <a:pt x="567144" y="136347"/>
                                <a:pt x="567144" y="214795"/>
                              </a:cubicBezTo>
                              <a:cubicBezTo>
                                <a:pt x="567144" y="408127"/>
                                <a:pt x="408115" y="565467"/>
                                <a:pt x="212687" y="565467"/>
                              </a:cubicBezTo>
                              <a:cubicBezTo>
                                <a:pt x="135661" y="565467"/>
                                <a:pt x="62103" y="541020"/>
                                <a:pt x="0" y="494665"/>
                              </a:cubicBezTo>
                              <a:lnTo>
                                <a:pt x="85928" y="408724"/>
                              </a:lnTo>
                              <a:cubicBezTo>
                                <a:pt x="123508" y="434556"/>
                                <a:pt x="167335" y="448272"/>
                                <a:pt x="212687" y="448272"/>
                              </a:cubicBezTo>
                              <a:cubicBezTo>
                                <a:pt x="338925" y="448272"/>
                                <a:pt x="441642" y="343141"/>
                                <a:pt x="441642" y="213842"/>
                              </a:cubicBezTo>
                              <a:cubicBezTo>
                                <a:pt x="441642" y="169354"/>
                                <a:pt x="429438" y="125920"/>
                                <a:pt x="406464" y="88227"/>
                              </a:cubicBezTo>
                              <a:lnTo>
                                <a:pt x="4946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0474846" name="Shape 24">
                        <a:extLst>
                          <a:ext uri="{FF2B5EF4-FFF2-40B4-BE49-F238E27FC236}">
                            <a16:creationId xmlns:a16="http://schemas.microsoft.com/office/drawing/2014/main" id="{08B80AFB-3108-CD94-C811-3C79F496D82D}"/>
                          </a:ext>
                        </a:extLst>
                      </wps:cNvPr>
                      <wps:cNvSpPr/>
                      <wps:spPr>
                        <a:xfrm>
                          <a:off x="0" y="1795980"/>
                          <a:ext cx="64224" cy="1597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24" h="159766">
                              <a:moveTo>
                                <a:pt x="0" y="0"/>
                              </a:moveTo>
                              <a:lnTo>
                                <a:pt x="64224" y="0"/>
                              </a:lnTo>
                              <a:lnTo>
                                <a:pt x="64224" y="16243"/>
                              </a:lnTo>
                              <a:lnTo>
                                <a:pt x="17780" y="16243"/>
                              </a:lnTo>
                              <a:lnTo>
                                <a:pt x="17780" y="71285"/>
                              </a:lnTo>
                              <a:lnTo>
                                <a:pt x="64224" y="71285"/>
                              </a:lnTo>
                              <a:lnTo>
                                <a:pt x="64224" y="87223"/>
                              </a:lnTo>
                              <a:lnTo>
                                <a:pt x="17780" y="87223"/>
                              </a:lnTo>
                              <a:lnTo>
                                <a:pt x="17780" y="143561"/>
                              </a:lnTo>
                              <a:lnTo>
                                <a:pt x="64224" y="143561"/>
                              </a:lnTo>
                              <a:lnTo>
                                <a:pt x="64224" y="159766"/>
                              </a:lnTo>
                              <a:lnTo>
                                <a:pt x="0" y="1597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871117" name="Shape 25">
                        <a:extLst>
                          <a:ext uri="{FF2B5EF4-FFF2-40B4-BE49-F238E27FC236}">
                            <a16:creationId xmlns:a16="http://schemas.microsoft.com/office/drawing/2014/main" id="{AC4F5FB9-8422-2612-2D11-9D79A28FF633}"/>
                          </a:ext>
                        </a:extLst>
                      </wps:cNvPr>
                      <wps:cNvSpPr/>
                      <wps:spPr>
                        <a:xfrm>
                          <a:off x="64224" y="1795980"/>
                          <a:ext cx="64745" cy="1597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45" h="159766">
                              <a:moveTo>
                                <a:pt x="0" y="0"/>
                              </a:moveTo>
                              <a:lnTo>
                                <a:pt x="3759" y="0"/>
                              </a:lnTo>
                              <a:cubicBezTo>
                                <a:pt x="35243" y="0"/>
                                <a:pt x="55842" y="15583"/>
                                <a:pt x="55842" y="39941"/>
                              </a:cubicBezTo>
                              <a:cubicBezTo>
                                <a:pt x="55842" y="60973"/>
                                <a:pt x="43028" y="71704"/>
                                <a:pt x="30455" y="77139"/>
                              </a:cubicBezTo>
                              <a:cubicBezTo>
                                <a:pt x="49428" y="82918"/>
                                <a:pt x="64745" y="93815"/>
                                <a:pt x="64745" y="116014"/>
                              </a:cubicBezTo>
                              <a:cubicBezTo>
                                <a:pt x="64745" y="143561"/>
                                <a:pt x="41631" y="159766"/>
                                <a:pt x="6731" y="159766"/>
                              </a:cubicBezTo>
                              <a:lnTo>
                                <a:pt x="0" y="159766"/>
                              </a:lnTo>
                              <a:lnTo>
                                <a:pt x="0" y="143561"/>
                              </a:lnTo>
                              <a:lnTo>
                                <a:pt x="7188" y="143561"/>
                              </a:lnTo>
                              <a:cubicBezTo>
                                <a:pt x="31369" y="143561"/>
                                <a:pt x="46444" y="132855"/>
                                <a:pt x="46444" y="114808"/>
                              </a:cubicBezTo>
                              <a:cubicBezTo>
                                <a:pt x="46444" y="97269"/>
                                <a:pt x="31826" y="87223"/>
                                <a:pt x="4001" y="87223"/>
                              </a:cubicBezTo>
                              <a:lnTo>
                                <a:pt x="0" y="87223"/>
                              </a:lnTo>
                              <a:lnTo>
                                <a:pt x="0" y="71285"/>
                              </a:lnTo>
                              <a:lnTo>
                                <a:pt x="813" y="71285"/>
                              </a:lnTo>
                              <a:cubicBezTo>
                                <a:pt x="22530" y="71285"/>
                                <a:pt x="37554" y="61455"/>
                                <a:pt x="37554" y="42431"/>
                              </a:cubicBezTo>
                              <a:cubicBezTo>
                                <a:pt x="37554" y="26505"/>
                                <a:pt x="24994" y="16243"/>
                                <a:pt x="2146" y="16243"/>
                              </a:cubicBezTo>
                              <a:lnTo>
                                <a:pt x="0" y="162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8042689" name="Shape 26">
                        <a:extLst>
                          <a:ext uri="{FF2B5EF4-FFF2-40B4-BE49-F238E27FC236}">
                            <a16:creationId xmlns:a16="http://schemas.microsoft.com/office/drawing/2014/main" id="{6902A649-DB69-4516-3DAF-4E766B167D81}"/>
                          </a:ext>
                        </a:extLst>
                      </wps:cNvPr>
                      <wps:cNvSpPr/>
                      <wps:spPr>
                        <a:xfrm>
                          <a:off x="166477" y="1794843"/>
                          <a:ext cx="80899" cy="1609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899" h="160909">
                              <a:moveTo>
                                <a:pt x="72822" y="0"/>
                              </a:moveTo>
                              <a:lnTo>
                                <a:pt x="80899" y="0"/>
                              </a:lnTo>
                              <a:lnTo>
                                <a:pt x="80899" y="21192"/>
                              </a:lnTo>
                              <a:lnTo>
                                <a:pt x="44488" y="102464"/>
                              </a:lnTo>
                              <a:lnTo>
                                <a:pt x="80899" y="102464"/>
                              </a:lnTo>
                              <a:lnTo>
                                <a:pt x="80899" y="118694"/>
                              </a:lnTo>
                              <a:lnTo>
                                <a:pt x="37427" y="118694"/>
                              </a:lnTo>
                              <a:lnTo>
                                <a:pt x="18466" y="160909"/>
                              </a:lnTo>
                              <a:lnTo>
                                <a:pt x="0" y="160909"/>
                              </a:lnTo>
                              <a:lnTo>
                                <a:pt x="728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6142838" name="Shape 27">
                        <a:extLst>
                          <a:ext uri="{FF2B5EF4-FFF2-40B4-BE49-F238E27FC236}">
                            <a16:creationId xmlns:a16="http://schemas.microsoft.com/office/drawing/2014/main" id="{02603E01-9CDE-A3F4-8B63-F5A8D52369E2}"/>
                          </a:ext>
                        </a:extLst>
                      </wps:cNvPr>
                      <wps:cNvSpPr/>
                      <wps:spPr>
                        <a:xfrm>
                          <a:off x="247376" y="1794843"/>
                          <a:ext cx="81559" cy="1609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559" h="160909">
                              <a:moveTo>
                                <a:pt x="0" y="0"/>
                              </a:moveTo>
                              <a:lnTo>
                                <a:pt x="8788" y="0"/>
                              </a:lnTo>
                              <a:lnTo>
                                <a:pt x="81559" y="160909"/>
                              </a:lnTo>
                              <a:lnTo>
                                <a:pt x="62179" y="160909"/>
                              </a:lnTo>
                              <a:lnTo>
                                <a:pt x="43510" y="118694"/>
                              </a:lnTo>
                              <a:lnTo>
                                <a:pt x="0" y="118694"/>
                              </a:lnTo>
                              <a:lnTo>
                                <a:pt x="0" y="102464"/>
                              </a:lnTo>
                              <a:lnTo>
                                <a:pt x="36411" y="102464"/>
                              </a:lnTo>
                              <a:lnTo>
                                <a:pt x="89" y="20993"/>
                              </a:lnTo>
                              <a:lnTo>
                                <a:pt x="0" y="211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7717436" name="Shape 28">
                        <a:extLst>
                          <a:ext uri="{FF2B5EF4-FFF2-40B4-BE49-F238E27FC236}">
                            <a16:creationId xmlns:a16="http://schemas.microsoft.com/office/drawing/2014/main" id="{5B739EE1-D605-23B7-FB96-AE7B700476AD}"/>
                          </a:ext>
                        </a:extLst>
                      </wps:cNvPr>
                      <wps:cNvSpPr/>
                      <wps:spPr>
                        <a:xfrm>
                          <a:off x="375852" y="1795973"/>
                          <a:ext cx="135052" cy="159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052" h="159779">
                              <a:moveTo>
                                <a:pt x="0" y="0"/>
                              </a:moveTo>
                              <a:lnTo>
                                <a:pt x="16866" y="0"/>
                              </a:lnTo>
                              <a:lnTo>
                                <a:pt x="117500" y="128041"/>
                              </a:lnTo>
                              <a:lnTo>
                                <a:pt x="117500" y="0"/>
                              </a:lnTo>
                              <a:lnTo>
                                <a:pt x="135052" y="0"/>
                              </a:lnTo>
                              <a:lnTo>
                                <a:pt x="135052" y="159779"/>
                              </a:lnTo>
                              <a:lnTo>
                                <a:pt x="120777" y="159779"/>
                              </a:lnTo>
                              <a:lnTo>
                                <a:pt x="17577" y="28804"/>
                              </a:lnTo>
                              <a:lnTo>
                                <a:pt x="17577" y="159779"/>
                              </a:lnTo>
                              <a:lnTo>
                                <a:pt x="0" y="1597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538585" name="Shape 29">
                        <a:extLst>
                          <a:ext uri="{FF2B5EF4-FFF2-40B4-BE49-F238E27FC236}">
                            <a16:creationId xmlns:a16="http://schemas.microsoft.com/office/drawing/2014/main" id="{0BBEA293-41A2-F993-CE3C-54E30AB5E14D}"/>
                          </a:ext>
                        </a:extLst>
                      </wps:cNvPr>
                      <wps:cNvSpPr/>
                      <wps:spPr>
                        <a:xfrm>
                          <a:off x="564490" y="1793238"/>
                          <a:ext cx="143980" cy="165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980" h="165252">
                              <a:moveTo>
                                <a:pt x="80734" y="0"/>
                              </a:moveTo>
                              <a:cubicBezTo>
                                <a:pt x="109728" y="0"/>
                                <a:pt x="127063" y="10325"/>
                                <a:pt x="143091" y="25387"/>
                              </a:cubicBezTo>
                              <a:lnTo>
                                <a:pt x="130708" y="38621"/>
                              </a:lnTo>
                              <a:cubicBezTo>
                                <a:pt x="117246" y="25781"/>
                                <a:pt x="102171" y="16713"/>
                                <a:pt x="80531" y="16713"/>
                              </a:cubicBezTo>
                              <a:cubicBezTo>
                                <a:pt x="45148" y="16713"/>
                                <a:pt x="18669" y="45174"/>
                                <a:pt x="18669" y="82398"/>
                              </a:cubicBezTo>
                              <a:cubicBezTo>
                                <a:pt x="18669" y="119634"/>
                                <a:pt x="45390" y="148615"/>
                                <a:pt x="80531" y="148615"/>
                              </a:cubicBezTo>
                              <a:cubicBezTo>
                                <a:pt x="102451" y="148615"/>
                                <a:pt x="116827" y="140208"/>
                                <a:pt x="132118" y="125552"/>
                              </a:cubicBezTo>
                              <a:lnTo>
                                <a:pt x="143980" y="137211"/>
                              </a:lnTo>
                              <a:cubicBezTo>
                                <a:pt x="127305" y="154063"/>
                                <a:pt x="109093" y="165252"/>
                                <a:pt x="80073" y="165252"/>
                              </a:cubicBezTo>
                              <a:cubicBezTo>
                                <a:pt x="33972" y="165252"/>
                                <a:pt x="0" y="128956"/>
                                <a:pt x="0" y="82867"/>
                              </a:cubicBezTo>
                              <a:cubicBezTo>
                                <a:pt x="0" y="37198"/>
                                <a:pt x="33756" y="0"/>
                                <a:pt x="8073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9417614" name="Shape 30">
                        <a:extLst>
                          <a:ext uri="{FF2B5EF4-FFF2-40B4-BE49-F238E27FC236}">
                            <a16:creationId xmlns:a16="http://schemas.microsoft.com/office/drawing/2014/main" id="{FF70A454-9CCD-0C26-1AA2-707D7D211303}"/>
                          </a:ext>
                        </a:extLst>
                      </wps:cNvPr>
                      <wps:cNvSpPr/>
                      <wps:spPr>
                        <a:xfrm>
                          <a:off x="743683" y="1793289"/>
                          <a:ext cx="81483" cy="1652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483" h="165201">
                              <a:moveTo>
                                <a:pt x="81483" y="0"/>
                              </a:moveTo>
                              <a:lnTo>
                                <a:pt x="81483" y="16701"/>
                              </a:lnTo>
                              <a:lnTo>
                                <a:pt x="81293" y="16662"/>
                              </a:lnTo>
                              <a:cubicBezTo>
                                <a:pt x="44780" y="16662"/>
                                <a:pt x="18720" y="45846"/>
                                <a:pt x="18720" y="82347"/>
                              </a:cubicBezTo>
                              <a:cubicBezTo>
                                <a:pt x="18720" y="109769"/>
                                <a:pt x="33629" y="133305"/>
                                <a:pt x="56487" y="143359"/>
                              </a:cubicBezTo>
                              <a:lnTo>
                                <a:pt x="81483" y="148512"/>
                              </a:lnTo>
                              <a:lnTo>
                                <a:pt x="81483" y="165163"/>
                              </a:lnTo>
                              <a:lnTo>
                                <a:pt x="81293" y="165201"/>
                              </a:lnTo>
                              <a:cubicBezTo>
                                <a:pt x="32652" y="165201"/>
                                <a:pt x="0" y="127088"/>
                                <a:pt x="0" y="82816"/>
                              </a:cubicBezTo>
                              <a:cubicBezTo>
                                <a:pt x="0" y="49631"/>
                                <a:pt x="18617" y="19611"/>
                                <a:pt x="48445" y="6675"/>
                              </a:cubicBezTo>
                              <a:lnTo>
                                <a:pt x="814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3366079" name="Shape 31">
                        <a:extLst>
                          <a:ext uri="{FF2B5EF4-FFF2-40B4-BE49-F238E27FC236}">
                            <a16:creationId xmlns:a16="http://schemas.microsoft.com/office/drawing/2014/main" id="{A3BA363F-A83F-2A59-E32B-8C604C0D7F21}"/>
                          </a:ext>
                        </a:extLst>
                      </wps:cNvPr>
                      <wps:cNvSpPr/>
                      <wps:spPr>
                        <a:xfrm>
                          <a:off x="825166" y="1793238"/>
                          <a:ext cx="81445" cy="165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445" h="165214">
                              <a:moveTo>
                                <a:pt x="254" y="0"/>
                              </a:moveTo>
                              <a:cubicBezTo>
                                <a:pt x="48844" y="0"/>
                                <a:pt x="81445" y="38138"/>
                                <a:pt x="81445" y="82398"/>
                              </a:cubicBezTo>
                              <a:cubicBezTo>
                                <a:pt x="81445" y="115630"/>
                                <a:pt x="62850" y="145620"/>
                                <a:pt x="33059" y="158537"/>
                              </a:cubicBezTo>
                              <a:lnTo>
                                <a:pt x="0" y="165214"/>
                              </a:lnTo>
                              <a:lnTo>
                                <a:pt x="0" y="148563"/>
                              </a:lnTo>
                              <a:lnTo>
                                <a:pt x="254" y="148615"/>
                              </a:lnTo>
                              <a:cubicBezTo>
                                <a:pt x="36741" y="148615"/>
                                <a:pt x="62763" y="119393"/>
                                <a:pt x="62763" y="82867"/>
                              </a:cubicBezTo>
                              <a:cubicBezTo>
                                <a:pt x="62763" y="55502"/>
                                <a:pt x="47876" y="31973"/>
                                <a:pt x="25039" y="21918"/>
                              </a:cubicBezTo>
                              <a:lnTo>
                                <a:pt x="0" y="16752"/>
                              </a:lnTo>
                              <a:lnTo>
                                <a:pt x="0" y="51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3487203" name="Shape 32">
                        <a:extLst>
                          <a:ext uri="{FF2B5EF4-FFF2-40B4-BE49-F238E27FC236}">
                            <a16:creationId xmlns:a16="http://schemas.microsoft.com/office/drawing/2014/main" id="{2432F6F0-B32A-7A52-EEAF-7B1440AA0666}"/>
                          </a:ext>
                        </a:extLst>
                      </wps:cNvPr>
                      <wps:cNvSpPr/>
                      <wps:spPr>
                        <a:xfrm>
                          <a:off x="1043968" y="1795973"/>
                          <a:ext cx="69856" cy="159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6" h="159779">
                              <a:moveTo>
                                <a:pt x="0" y="0"/>
                              </a:moveTo>
                              <a:lnTo>
                                <a:pt x="55461" y="0"/>
                              </a:lnTo>
                              <a:lnTo>
                                <a:pt x="69856" y="2547"/>
                              </a:lnTo>
                              <a:lnTo>
                                <a:pt x="69856" y="19301"/>
                              </a:lnTo>
                              <a:lnTo>
                                <a:pt x="55461" y="16726"/>
                              </a:lnTo>
                              <a:lnTo>
                                <a:pt x="18047" y="16726"/>
                              </a:lnTo>
                              <a:lnTo>
                                <a:pt x="18047" y="143142"/>
                              </a:lnTo>
                              <a:lnTo>
                                <a:pt x="55461" y="143142"/>
                              </a:lnTo>
                              <a:lnTo>
                                <a:pt x="69856" y="140602"/>
                              </a:lnTo>
                              <a:lnTo>
                                <a:pt x="69856" y="157204"/>
                              </a:lnTo>
                              <a:lnTo>
                                <a:pt x="55461" y="159779"/>
                              </a:lnTo>
                              <a:lnTo>
                                <a:pt x="0" y="1597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448438" name="Shape 33">
                        <a:extLst>
                          <a:ext uri="{FF2B5EF4-FFF2-40B4-BE49-F238E27FC236}">
                            <a16:creationId xmlns:a16="http://schemas.microsoft.com/office/drawing/2014/main" id="{47F6493D-6776-0C3E-4C92-699E4E63C5E7}"/>
                          </a:ext>
                        </a:extLst>
                      </wps:cNvPr>
                      <wps:cNvSpPr/>
                      <wps:spPr>
                        <a:xfrm>
                          <a:off x="1113824" y="1798520"/>
                          <a:ext cx="70479" cy="1546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479" h="154657">
                              <a:moveTo>
                                <a:pt x="0" y="0"/>
                              </a:moveTo>
                              <a:lnTo>
                                <a:pt x="20035" y="3545"/>
                              </a:lnTo>
                              <a:cubicBezTo>
                                <a:pt x="50962" y="15357"/>
                                <a:pt x="70479" y="43218"/>
                                <a:pt x="70479" y="77108"/>
                              </a:cubicBezTo>
                              <a:cubicBezTo>
                                <a:pt x="70479" y="111035"/>
                                <a:pt x="50962" y="139142"/>
                                <a:pt x="20035" y="151074"/>
                              </a:cubicBezTo>
                              <a:lnTo>
                                <a:pt x="0" y="154657"/>
                              </a:lnTo>
                              <a:lnTo>
                                <a:pt x="0" y="138055"/>
                              </a:lnTo>
                              <a:lnTo>
                                <a:pt x="12998" y="135762"/>
                              </a:lnTo>
                              <a:cubicBezTo>
                                <a:pt x="37301" y="126394"/>
                                <a:pt x="51810" y="104317"/>
                                <a:pt x="51810" y="77590"/>
                              </a:cubicBezTo>
                              <a:cubicBezTo>
                                <a:pt x="51810" y="50882"/>
                                <a:pt x="37301" y="28567"/>
                                <a:pt x="12998" y="19079"/>
                              </a:cubicBezTo>
                              <a:lnTo>
                                <a:pt x="0" y="167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9668272" name="Shape 34">
                        <a:extLst>
                          <a:ext uri="{FF2B5EF4-FFF2-40B4-BE49-F238E27FC236}">
                            <a16:creationId xmlns:a16="http://schemas.microsoft.com/office/drawing/2014/main" id="{C99D8A9C-96B9-DAD9-E416-4D101D4AF60D}"/>
                          </a:ext>
                        </a:extLst>
                      </wps:cNvPr>
                      <wps:cNvSpPr/>
                      <wps:spPr>
                        <a:xfrm>
                          <a:off x="1237817" y="1795973"/>
                          <a:ext cx="116624" cy="159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624" h="159779">
                              <a:moveTo>
                                <a:pt x="0" y="0"/>
                              </a:moveTo>
                              <a:lnTo>
                                <a:pt x="115481" y="0"/>
                              </a:lnTo>
                              <a:lnTo>
                                <a:pt x="115481" y="16472"/>
                              </a:lnTo>
                              <a:lnTo>
                                <a:pt x="18021" y="16472"/>
                              </a:lnTo>
                              <a:lnTo>
                                <a:pt x="18021" y="71044"/>
                              </a:lnTo>
                              <a:lnTo>
                                <a:pt x="105220" y="71044"/>
                              </a:lnTo>
                              <a:lnTo>
                                <a:pt x="105220" y="87465"/>
                              </a:lnTo>
                              <a:lnTo>
                                <a:pt x="18021" y="87465"/>
                              </a:lnTo>
                              <a:lnTo>
                                <a:pt x="18021" y="143345"/>
                              </a:lnTo>
                              <a:lnTo>
                                <a:pt x="116624" y="143345"/>
                              </a:lnTo>
                              <a:lnTo>
                                <a:pt x="116624" y="159779"/>
                              </a:lnTo>
                              <a:lnTo>
                                <a:pt x="0" y="1597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38944655" name="Shape 35">
                        <a:extLst>
                          <a:ext uri="{FF2B5EF4-FFF2-40B4-BE49-F238E27FC236}">
                            <a16:creationId xmlns:a16="http://schemas.microsoft.com/office/drawing/2014/main" id="{2A735BDE-3E0E-AAE3-9596-5671A382E8F0}"/>
                          </a:ext>
                        </a:extLst>
                      </wps:cNvPr>
                      <wps:cNvSpPr/>
                      <wps:spPr>
                        <a:xfrm>
                          <a:off x="1476232" y="1794843"/>
                          <a:ext cx="80905" cy="1609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905" h="160909">
                              <a:moveTo>
                                <a:pt x="72860" y="0"/>
                              </a:moveTo>
                              <a:lnTo>
                                <a:pt x="80905" y="0"/>
                              </a:lnTo>
                              <a:lnTo>
                                <a:pt x="80905" y="21234"/>
                              </a:lnTo>
                              <a:lnTo>
                                <a:pt x="44475" y="102464"/>
                              </a:lnTo>
                              <a:lnTo>
                                <a:pt x="80905" y="102464"/>
                              </a:lnTo>
                              <a:lnTo>
                                <a:pt x="80905" y="118694"/>
                              </a:lnTo>
                              <a:lnTo>
                                <a:pt x="37465" y="118694"/>
                              </a:lnTo>
                              <a:lnTo>
                                <a:pt x="18466" y="160909"/>
                              </a:lnTo>
                              <a:lnTo>
                                <a:pt x="0" y="160909"/>
                              </a:lnTo>
                              <a:lnTo>
                                <a:pt x="728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6156007" name="Shape 36">
                        <a:extLst>
                          <a:ext uri="{FF2B5EF4-FFF2-40B4-BE49-F238E27FC236}">
                            <a16:creationId xmlns:a16="http://schemas.microsoft.com/office/drawing/2014/main" id="{C00B2F99-D702-AA0D-AE22-A4DD3403D9EB}"/>
                          </a:ext>
                        </a:extLst>
                      </wps:cNvPr>
                      <wps:cNvSpPr/>
                      <wps:spPr>
                        <a:xfrm>
                          <a:off x="1557137" y="1794843"/>
                          <a:ext cx="81617" cy="1609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617" h="160909">
                              <a:moveTo>
                                <a:pt x="0" y="0"/>
                              </a:moveTo>
                              <a:lnTo>
                                <a:pt x="8769" y="0"/>
                              </a:lnTo>
                              <a:lnTo>
                                <a:pt x="81617" y="160909"/>
                              </a:lnTo>
                              <a:lnTo>
                                <a:pt x="62186" y="160909"/>
                              </a:lnTo>
                              <a:lnTo>
                                <a:pt x="43453" y="118694"/>
                              </a:lnTo>
                              <a:lnTo>
                                <a:pt x="0" y="118694"/>
                              </a:lnTo>
                              <a:lnTo>
                                <a:pt x="0" y="102464"/>
                              </a:lnTo>
                              <a:lnTo>
                                <a:pt x="36430" y="102464"/>
                              </a:lnTo>
                              <a:lnTo>
                                <a:pt x="108" y="20993"/>
                              </a:lnTo>
                              <a:lnTo>
                                <a:pt x="0" y="212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693662" name="Shape 37">
                        <a:extLst>
                          <a:ext uri="{FF2B5EF4-FFF2-40B4-BE49-F238E27FC236}">
                            <a16:creationId xmlns:a16="http://schemas.microsoft.com/office/drawing/2014/main" id="{769735E7-FC85-1C6E-79A9-6C0EC94566B2}"/>
                          </a:ext>
                        </a:extLst>
                      </wps:cNvPr>
                      <wps:cNvSpPr/>
                      <wps:spPr>
                        <a:xfrm>
                          <a:off x="1685586" y="1795970"/>
                          <a:ext cx="128295" cy="159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295" h="159779">
                              <a:moveTo>
                                <a:pt x="0" y="0"/>
                              </a:moveTo>
                              <a:lnTo>
                                <a:pt x="18110" y="0"/>
                              </a:lnTo>
                              <a:lnTo>
                                <a:pt x="18110" y="71044"/>
                              </a:lnTo>
                              <a:lnTo>
                                <a:pt x="110249" y="71044"/>
                              </a:lnTo>
                              <a:lnTo>
                                <a:pt x="110249" y="0"/>
                              </a:lnTo>
                              <a:lnTo>
                                <a:pt x="128295" y="0"/>
                              </a:lnTo>
                              <a:lnTo>
                                <a:pt x="128295" y="159779"/>
                              </a:lnTo>
                              <a:lnTo>
                                <a:pt x="110249" y="159779"/>
                              </a:lnTo>
                              <a:lnTo>
                                <a:pt x="110249" y="87897"/>
                              </a:lnTo>
                              <a:lnTo>
                                <a:pt x="18110" y="87897"/>
                              </a:lnTo>
                              <a:lnTo>
                                <a:pt x="18110" y="159779"/>
                              </a:lnTo>
                              <a:lnTo>
                                <a:pt x="0" y="1597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850285" name="Shape 38">
                        <a:extLst>
                          <a:ext uri="{FF2B5EF4-FFF2-40B4-BE49-F238E27FC236}">
                            <a16:creationId xmlns:a16="http://schemas.microsoft.com/office/drawing/2014/main" id="{65DB8B73-62CB-6CD5-6635-DDEE95F201A4}"/>
                          </a:ext>
                        </a:extLst>
                      </wps:cNvPr>
                      <wps:cNvSpPr/>
                      <wps:spPr>
                        <a:xfrm>
                          <a:off x="1867398" y="1793288"/>
                          <a:ext cx="81464" cy="165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464" h="165202">
                              <a:moveTo>
                                <a:pt x="81464" y="0"/>
                              </a:moveTo>
                              <a:lnTo>
                                <a:pt x="81464" y="16701"/>
                              </a:lnTo>
                              <a:lnTo>
                                <a:pt x="81280" y="16663"/>
                              </a:lnTo>
                              <a:cubicBezTo>
                                <a:pt x="44717" y="16663"/>
                                <a:pt x="18707" y="45848"/>
                                <a:pt x="18707" y="82348"/>
                              </a:cubicBezTo>
                              <a:cubicBezTo>
                                <a:pt x="18707" y="109770"/>
                                <a:pt x="33616" y="133306"/>
                                <a:pt x="56469" y="143361"/>
                              </a:cubicBezTo>
                              <a:lnTo>
                                <a:pt x="81464" y="148514"/>
                              </a:lnTo>
                              <a:lnTo>
                                <a:pt x="81464" y="165165"/>
                              </a:lnTo>
                              <a:lnTo>
                                <a:pt x="81280" y="165202"/>
                              </a:lnTo>
                              <a:cubicBezTo>
                                <a:pt x="32639" y="165202"/>
                                <a:pt x="0" y="127090"/>
                                <a:pt x="0" y="82817"/>
                              </a:cubicBezTo>
                              <a:cubicBezTo>
                                <a:pt x="0" y="49632"/>
                                <a:pt x="18595" y="19612"/>
                                <a:pt x="48418" y="6676"/>
                              </a:cubicBezTo>
                              <a:lnTo>
                                <a:pt x="814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4220288" name="Shape 39">
                        <a:extLst>
                          <a:ext uri="{FF2B5EF4-FFF2-40B4-BE49-F238E27FC236}">
                            <a16:creationId xmlns:a16="http://schemas.microsoft.com/office/drawing/2014/main" id="{3597AF94-2424-013F-49BE-24170FC64FED}"/>
                          </a:ext>
                        </a:extLst>
                      </wps:cNvPr>
                      <wps:cNvSpPr/>
                      <wps:spPr>
                        <a:xfrm>
                          <a:off x="1948862" y="1793238"/>
                          <a:ext cx="81477" cy="165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477" h="165215">
                              <a:moveTo>
                                <a:pt x="248" y="0"/>
                              </a:moveTo>
                              <a:cubicBezTo>
                                <a:pt x="48851" y="0"/>
                                <a:pt x="81477" y="38138"/>
                                <a:pt x="81477" y="82398"/>
                              </a:cubicBezTo>
                              <a:cubicBezTo>
                                <a:pt x="81477" y="115630"/>
                                <a:pt x="62832" y="145620"/>
                                <a:pt x="33042" y="158537"/>
                              </a:cubicBezTo>
                              <a:lnTo>
                                <a:pt x="0" y="165215"/>
                              </a:lnTo>
                              <a:lnTo>
                                <a:pt x="0" y="148564"/>
                              </a:lnTo>
                              <a:lnTo>
                                <a:pt x="248" y="148615"/>
                              </a:lnTo>
                              <a:cubicBezTo>
                                <a:pt x="36786" y="148615"/>
                                <a:pt x="62757" y="119393"/>
                                <a:pt x="62757" y="82867"/>
                              </a:cubicBezTo>
                              <a:cubicBezTo>
                                <a:pt x="62757" y="55502"/>
                                <a:pt x="47848" y="31973"/>
                                <a:pt x="25022" y="21918"/>
                              </a:cubicBezTo>
                              <a:lnTo>
                                <a:pt x="0" y="16751"/>
                              </a:lnTo>
                              <a:lnTo>
                                <a:pt x="0" y="50"/>
                              </a:lnTo>
                              <a:lnTo>
                                <a:pt x="2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8169137" name="Shape 40">
                        <a:extLst>
                          <a:ext uri="{FF2B5EF4-FFF2-40B4-BE49-F238E27FC236}">
                            <a16:creationId xmlns:a16="http://schemas.microsoft.com/office/drawing/2014/main" id="{19256D9C-6AEA-4F25-FB81-35359A129301}"/>
                          </a:ext>
                        </a:extLst>
                      </wps:cNvPr>
                      <wps:cNvSpPr/>
                      <wps:spPr>
                        <a:xfrm>
                          <a:off x="2083841" y="1795973"/>
                          <a:ext cx="63113" cy="159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113" h="159779">
                              <a:moveTo>
                                <a:pt x="0" y="0"/>
                              </a:moveTo>
                              <a:lnTo>
                                <a:pt x="63113" y="0"/>
                              </a:lnTo>
                              <a:lnTo>
                                <a:pt x="63113" y="16726"/>
                              </a:lnTo>
                              <a:lnTo>
                                <a:pt x="18059" y="16726"/>
                              </a:lnTo>
                              <a:lnTo>
                                <a:pt x="18059" y="81509"/>
                              </a:lnTo>
                              <a:lnTo>
                                <a:pt x="63113" y="81509"/>
                              </a:lnTo>
                              <a:lnTo>
                                <a:pt x="63113" y="97752"/>
                              </a:lnTo>
                              <a:lnTo>
                                <a:pt x="18059" y="97752"/>
                              </a:lnTo>
                              <a:lnTo>
                                <a:pt x="18059" y="159779"/>
                              </a:lnTo>
                              <a:lnTo>
                                <a:pt x="0" y="1597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276070" name="Shape 41">
                        <a:extLst>
                          <a:ext uri="{FF2B5EF4-FFF2-40B4-BE49-F238E27FC236}">
                            <a16:creationId xmlns:a16="http://schemas.microsoft.com/office/drawing/2014/main" id="{6EF65FEA-4D73-9E52-A37D-442411544A2C}"/>
                          </a:ext>
                        </a:extLst>
                      </wps:cNvPr>
                      <wps:cNvSpPr/>
                      <wps:spPr>
                        <a:xfrm>
                          <a:off x="2146954" y="1795973"/>
                          <a:ext cx="69069" cy="159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69" h="159779">
                              <a:moveTo>
                                <a:pt x="0" y="0"/>
                              </a:moveTo>
                              <a:lnTo>
                                <a:pt x="5556" y="0"/>
                              </a:lnTo>
                              <a:cubicBezTo>
                                <a:pt x="40710" y="0"/>
                                <a:pt x="63341" y="18948"/>
                                <a:pt x="63341" y="47727"/>
                              </a:cubicBezTo>
                              <a:cubicBezTo>
                                <a:pt x="63341" y="74435"/>
                                <a:pt x="45053" y="89929"/>
                                <a:pt x="19996" y="94539"/>
                              </a:cubicBezTo>
                              <a:lnTo>
                                <a:pt x="69069" y="159779"/>
                              </a:lnTo>
                              <a:lnTo>
                                <a:pt x="46894" y="159779"/>
                              </a:lnTo>
                              <a:lnTo>
                                <a:pt x="540" y="97752"/>
                              </a:lnTo>
                              <a:lnTo>
                                <a:pt x="0" y="97752"/>
                              </a:lnTo>
                              <a:lnTo>
                                <a:pt x="0" y="81509"/>
                              </a:lnTo>
                              <a:lnTo>
                                <a:pt x="3994" y="81509"/>
                              </a:lnTo>
                              <a:cubicBezTo>
                                <a:pt x="27946" y="81509"/>
                                <a:pt x="45053" y="69164"/>
                                <a:pt x="45053" y="48438"/>
                              </a:cubicBezTo>
                              <a:cubicBezTo>
                                <a:pt x="45053" y="28537"/>
                                <a:pt x="30029" y="16726"/>
                                <a:pt x="4235" y="16726"/>
                              </a:cubicBezTo>
                              <a:lnTo>
                                <a:pt x="0" y="167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9214643" name="Shape 42">
                        <a:extLst>
                          <a:ext uri="{FF2B5EF4-FFF2-40B4-BE49-F238E27FC236}">
                            <a16:creationId xmlns:a16="http://schemas.microsoft.com/office/drawing/2014/main" id="{1CE21BD3-6408-BD57-B18B-05C0CE80E70C}"/>
                          </a:ext>
                        </a:extLst>
                      </wps:cNvPr>
                      <wps:cNvSpPr/>
                      <wps:spPr>
                        <a:xfrm>
                          <a:off x="2264281" y="1795973"/>
                          <a:ext cx="63068" cy="159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68" h="159779">
                              <a:moveTo>
                                <a:pt x="0" y="0"/>
                              </a:moveTo>
                              <a:lnTo>
                                <a:pt x="63068" y="0"/>
                              </a:lnTo>
                              <a:lnTo>
                                <a:pt x="63068" y="16726"/>
                              </a:lnTo>
                              <a:lnTo>
                                <a:pt x="18021" y="16726"/>
                              </a:lnTo>
                              <a:lnTo>
                                <a:pt x="18021" y="81509"/>
                              </a:lnTo>
                              <a:lnTo>
                                <a:pt x="63068" y="81509"/>
                              </a:lnTo>
                              <a:lnTo>
                                <a:pt x="63068" y="97752"/>
                              </a:lnTo>
                              <a:lnTo>
                                <a:pt x="18021" y="97752"/>
                              </a:lnTo>
                              <a:lnTo>
                                <a:pt x="18021" y="159779"/>
                              </a:lnTo>
                              <a:lnTo>
                                <a:pt x="0" y="1597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551525" name="Shape 43">
                        <a:extLst>
                          <a:ext uri="{FF2B5EF4-FFF2-40B4-BE49-F238E27FC236}">
                            <a16:creationId xmlns:a16="http://schemas.microsoft.com/office/drawing/2014/main" id="{72801731-D0EA-F83A-B17B-5AC93DFD371C}"/>
                          </a:ext>
                        </a:extLst>
                      </wps:cNvPr>
                      <wps:cNvSpPr/>
                      <wps:spPr>
                        <a:xfrm>
                          <a:off x="2327349" y="1795973"/>
                          <a:ext cx="69075" cy="159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75" h="159779">
                              <a:moveTo>
                                <a:pt x="0" y="0"/>
                              </a:moveTo>
                              <a:lnTo>
                                <a:pt x="5588" y="0"/>
                              </a:lnTo>
                              <a:cubicBezTo>
                                <a:pt x="40780" y="0"/>
                                <a:pt x="63348" y="18948"/>
                                <a:pt x="63348" y="47727"/>
                              </a:cubicBezTo>
                              <a:cubicBezTo>
                                <a:pt x="63348" y="74435"/>
                                <a:pt x="45047" y="89929"/>
                                <a:pt x="19964" y="94539"/>
                              </a:cubicBezTo>
                              <a:lnTo>
                                <a:pt x="69075" y="159779"/>
                              </a:lnTo>
                              <a:lnTo>
                                <a:pt x="46901" y="159779"/>
                              </a:lnTo>
                              <a:lnTo>
                                <a:pt x="584" y="97752"/>
                              </a:lnTo>
                              <a:lnTo>
                                <a:pt x="0" y="97752"/>
                              </a:lnTo>
                              <a:lnTo>
                                <a:pt x="0" y="81509"/>
                              </a:lnTo>
                              <a:lnTo>
                                <a:pt x="4013" y="81509"/>
                              </a:lnTo>
                              <a:cubicBezTo>
                                <a:pt x="28003" y="81509"/>
                                <a:pt x="45047" y="69164"/>
                                <a:pt x="45047" y="48438"/>
                              </a:cubicBezTo>
                              <a:cubicBezTo>
                                <a:pt x="45047" y="28537"/>
                                <a:pt x="30035" y="16726"/>
                                <a:pt x="4242" y="16726"/>
                              </a:cubicBezTo>
                              <a:lnTo>
                                <a:pt x="0" y="167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3429332" name="Shape 44">
                        <a:extLst>
                          <a:ext uri="{FF2B5EF4-FFF2-40B4-BE49-F238E27FC236}">
                            <a16:creationId xmlns:a16="http://schemas.microsoft.com/office/drawing/2014/main" id="{3D43BB5C-6959-E9F5-5CD6-69A3CA0DAD78}"/>
                          </a:ext>
                        </a:extLst>
                      </wps:cNvPr>
                      <wps:cNvSpPr/>
                      <wps:spPr>
                        <a:xfrm>
                          <a:off x="2437503" y="1793284"/>
                          <a:ext cx="81547" cy="1652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547" h="165206">
                              <a:moveTo>
                                <a:pt x="81547" y="0"/>
                              </a:moveTo>
                              <a:lnTo>
                                <a:pt x="81547" y="16719"/>
                              </a:lnTo>
                              <a:lnTo>
                                <a:pt x="81293" y="16667"/>
                              </a:lnTo>
                              <a:cubicBezTo>
                                <a:pt x="44793" y="16667"/>
                                <a:pt x="18745" y="45851"/>
                                <a:pt x="18745" y="82352"/>
                              </a:cubicBezTo>
                              <a:cubicBezTo>
                                <a:pt x="18745" y="109774"/>
                                <a:pt x="33647" y="133310"/>
                                <a:pt x="56512" y="143365"/>
                              </a:cubicBezTo>
                              <a:lnTo>
                                <a:pt x="81547" y="148522"/>
                              </a:lnTo>
                              <a:lnTo>
                                <a:pt x="81547" y="165155"/>
                              </a:lnTo>
                              <a:lnTo>
                                <a:pt x="81293" y="165206"/>
                              </a:lnTo>
                              <a:cubicBezTo>
                                <a:pt x="32664" y="165206"/>
                                <a:pt x="0" y="127093"/>
                                <a:pt x="0" y="82821"/>
                              </a:cubicBezTo>
                              <a:cubicBezTo>
                                <a:pt x="0" y="49636"/>
                                <a:pt x="18659" y="19616"/>
                                <a:pt x="48494" y="6680"/>
                              </a:cubicBezTo>
                              <a:lnTo>
                                <a:pt x="815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8727191" name="Shape 45">
                        <a:extLst>
                          <a:ext uri="{FF2B5EF4-FFF2-40B4-BE49-F238E27FC236}">
                            <a16:creationId xmlns:a16="http://schemas.microsoft.com/office/drawing/2014/main" id="{85700BED-FEBC-B238-A716-C929D5B4E9D9}"/>
                          </a:ext>
                        </a:extLst>
                      </wps:cNvPr>
                      <wps:cNvSpPr/>
                      <wps:spPr>
                        <a:xfrm>
                          <a:off x="2519049" y="1793238"/>
                          <a:ext cx="81419" cy="1652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419" h="165201">
                              <a:moveTo>
                                <a:pt x="228" y="0"/>
                              </a:moveTo>
                              <a:cubicBezTo>
                                <a:pt x="48831" y="0"/>
                                <a:pt x="81419" y="38138"/>
                                <a:pt x="81419" y="82398"/>
                              </a:cubicBezTo>
                              <a:cubicBezTo>
                                <a:pt x="81419" y="115630"/>
                                <a:pt x="62831" y="145620"/>
                                <a:pt x="33022" y="158537"/>
                              </a:cubicBezTo>
                              <a:lnTo>
                                <a:pt x="0" y="165201"/>
                              </a:lnTo>
                              <a:lnTo>
                                <a:pt x="0" y="148568"/>
                              </a:lnTo>
                              <a:lnTo>
                                <a:pt x="228" y="148615"/>
                              </a:lnTo>
                              <a:cubicBezTo>
                                <a:pt x="36741" y="148615"/>
                                <a:pt x="62801" y="119393"/>
                                <a:pt x="62801" y="82867"/>
                              </a:cubicBezTo>
                              <a:cubicBezTo>
                                <a:pt x="62801" y="55502"/>
                                <a:pt x="47885" y="31973"/>
                                <a:pt x="25013" y="21918"/>
                              </a:cubicBezTo>
                              <a:lnTo>
                                <a:pt x="0" y="16765"/>
                              </a:lnTo>
                              <a:lnTo>
                                <a:pt x="0" y="46"/>
                              </a:lnTo>
                              <a:lnTo>
                                <a:pt x="2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026030" name="Shape 46">
                        <a:extLst>
                          <a:ext uri="{FF2B5EF4-FFF2-40B4-BE49-F238E27FC236}">
                            <a16:creationId xmlns:a16="http://schemas.microsoft.com/office/drawing/2014/main" id="{2756C737-4B04-E7DE-AFD1-A7F57627B5D2}"/>
                          </a:ext>
                        </a:extLst>
                      </wps:cNvPr>
                      <wps:cNvSpPr/>
                      <wps:spPr>
                        <a:xfrm>
                          <a:off x="2725531" y="1794943"/>
                          <a:ext cx="54877" cy="1631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77" h="163126">
                              <a:moveTo>
                                <a:pt x="54877" y="0"/>
                              </a:moveTo>
                              <a:lnTo>
                                <a:pt x="54877" y="16691"/>
                              </a:lnTo>
                              <a:lnTo>
                                <a:pt x="46637" y="19832"/>
                              </a:lnTo>
                              <a:cubicBezTo>
                                <a:pt x="42392" y="23988"/>
                                <a:pt x="39941" y="29801"/>
                                <a:pt x="39941" y="36430"/>
                              </a:cubicBezTo>
                              <a:cubicBezTo>
                                <a:pt x="39941" y="41231"/>
                                <a:pt x="40906" y="45403"/>
                                <a:pt x="43386" y="50002"/>
                              </a:cubicBezTo>
                              <a:lnTo>
                                <a:pt x="54877" y="64796"/>
                              </a:lnTo>
                              <a:lnTo>
                                <a:pt x="54877" y="89302"/>
                              </a:lnTo>
                              <a:lnTo>
                                <a:pt x="48755" y="82989"/>
                              </a:lnTo>
                              <a:cubicBezTo>
                                <a:pt x="27572" y="90748"/>
                                <a:pt x="18288" y="103766"/>
                                <a:pt x="18288" y="117495"/>
                              </a:cubicBezTo>
                              <a:cubicBezTo>
                                <a:pt x="18288" y="134805"/>
                                <a:pt x="31940" y="147860"/>
                                <a:pt x="51600" y="147860"/>
                              </a:cubicBezTo>
                              <a:lnTo>
                                <a:pt x="54877" y="146992"/>
                              </a:lnTo>
                              <a:lnTo>
                                <a:pt x="54877" y="162046"/>
                              </a:lnTo>
                              <a:lnTo>
                                <a:pt x="50190" y="163126"/>
                              </a:lnTo>
                              <a:cubicBezTo>
                                <a:pt x="21412" y="163126"/>
                                <a:pt x="0" y="145079"/>
                                <a:pt x="0" y="118155"/>
                              </a:cubicBezTo>
                              <a:cubicBezTo>
                                <a:pt x="0" y="96616"/>
                                <a:pt x="14084" y="81376"/>
                                <a:pt x="38583" y="71825"/>
                              </a:cubicBezTo>
                              <a:cubicBezTo>
                                <a:pt x="27572" y="59036"/>
                                <a:pt x="22606" y="49219"/>
                                <a:pt x="22606" y="36430"/>
                              </a:cubicBezTo>
                              <a:cubicBezTo>
                                <a:pt x="22606" y="20552"/>
                                <a:pt x="32093" y="7039"/>
                                <a:pt x="47504" y="1274"/>
                              </a:cubicBezTo>
                              <a:lnTo>
                                <a:pt x="5487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354214" name="Shape 47">
                        <a:extLst>
                          <a:ext uri="{FF2B5EF4-FFF2-40B4-BE49-F238E27FC236}">
                            <a16:creationId xmlns:a16="http://schemas.microsoft.com/office/drawing/2014/main" id="{FE283203-5005-7D74-151C-B4F96311DCFD}"/>
                          </a:ext>
                        </a:extLst>
                      </wps:cNvPr>
                      <wps:cNvSpPr/>
                      <wps:spPr>
                        <a:xfrm>
                          <a:off x="2780408" y="1793235"/>
                          <a:ext cx="86398" cy="1657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398" h="165710">
                              <a:moveTo>
                                <a:pt x="9880" y="0"/>
                              </a:moveTo>
                              <a:cubicBezTo>
                                <a:pt x="32271" y="0"/>
                                <a:pt x="48704" y="16053"/>
                                <a:pt x="48704" y="36309"/>
                              </a:cubicBezTo>
                              <a:cubicBezTo>
                                <a:pt x="48704" y="57086"/>
                                <a:pt x="34277" y="69888"/>
                                <a:pt x="11036" y="78131"/>
                              </a:cubicBezTo>
                              <a:lnTo>
                                <a:pt x="47612" y="115291"/>
                              </a:lnTo>
                              <a:cubicBezTo>
                                <a:pt x="54686" y="105042"/>
                                <a:pt x="61061" y="92939"/>
                                <a:pt x="66777" y="79667"/>
                              </a:cubicBezTo>
                              <a:lnTo>
                                <a:pt x="81547" y="86551"/>
                              </a:lnTo>
                              <a:cubicBezTo>
                                <a:pt x="74536" y="101600"/>
                                <a:pt x="67246" y="115291"/>
                                <a:pt x="58534" y="126708"/>
                              </a:cubicBezTo>
                              <a:lnTo>
                                <a:pt x="86398" y="155207"/>
                              </a:lnTo>
                              <a:lnTo>
                                <a:pt x="72720" y="165710"/>
                              </a:lnTo>
                              <a:lnTo>
                                <a:pt x="47612" y="139954"/>
                              </a:lnTo>
                              <a:cubicBezTo>
                                <a:pt x="40297" y="147803"/>
                                <a:pt x="32417" y="154022"/>
                                <a:pt x="23768" y="158280"/>
                              </a:cubicBezTo>
                              <a:lnTo>
                                <a:pt x="0" y="163754"/>
                              </a:lnTo>
                              <a:lnTo>
                                <a:pt x="0" y="148700"/>
                              </a:lnTo>
                              <a:lnTo>
                                <a:pt x="17928" y="143950"/>
                              </a:lnTo>
                              <a:cubicBezTo>
                                <a:pt x="24571" y="140341"/>
                                <a:pt x="30791" y="135134"/>
                                <a:pt x="36588" y="128740"/>
                              </a:cubicBezTo>
                              <a:lnTo>
                                <a:pt x="0" y="91009"/>
                              </a:lnTo>
                              <a:lnTo>
                                <a:pt x="0" y="66503"/>
                              </a:lnTo>
                              <a:lnTo>
                                <a:pt x="1041" y="67844"/>
                              </a:lnTo>
                              <a:cubicBezTo>
                                <a:pt x="21336" y="60935"/>
                                <a:pt x="31788" y="51397"/>
                                <a:pt x="31788" y="37199"/>
                              </a:cubicBezTo>
                              <a:cubicBezTo>
                                <a:pt x="31788" y="24206"/>
                                <a:pt x="22276" y="14884"/>
                                <a:pt x="9220" y="14884"/>
                              </a:cubicBezTo>
                              <a:lnTo>
                                <a:pt x="0" y="18398"/>
                              </a:lnTo>
                              <a:lnTo>
                                <a:pt x="0" y="1708"/>
                              </a:lnTo>
                              <a:lnTo>
                                <a:pt x="98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7621691" name="Shape 48">
                        <a:extLst>
                          <a:ext uri="{FF2B5EF4-FFF2-40B4-BE49-F238E27FC236}">
                            <a16:creationId xmlns:a16="http://schemas.microsoft.com/office/drawing/2014/main" id="{802983C7-9135-49B7-84EE-ED8FC5A17B1E}"/>
                          </a:ext>
                        </a:extLst>
                      </wps:cNvPr>
                      <wps:cNvSpPr/>
                      <wps:spPr>
                        <a:xfrm>
                          <a:off x="2988777" y="1793238"/>
                          <a:ext cx="143980" cy="165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980" h="165252">
                              <a:moveTo>
                                <a:pt x="80797" y="0"/>
                              </a:moveTo>
                              <a:cubicBezTo>
                                <a:pt x="109753" y="0"/>
                                <a:pt x="127114" y="10325"/>
                                <a:pt x="143142" y="25387"/>
                              </a:cubicBezTo>
                              <a:lnTo>
                                <a:pt x="130797" y="38621"/>
                              </a:lnTo>
                              <a:cubicBezTo>
                                <a:pt x="117297" y="25781"/>
                                <a:pt x="102197" y="16713"/>
                                <a:pt x="80556" y="16713"/>
                              </a:cubicBezTo>
                              <a:cubicBezTo>
                                <a:pt x="45212" y="16713"/>
                                <a:pt x="18720" y="45174"/>
                                <a:pt x="18720" y="82398"/>
                              </a:cubicBezTo>
                              <a:cubicBezTo>
                                <a:pt x="18720" y="119634"/>
                                <a:pt x="45389" y="148615"/>
                                <a:pt x="80556" y="148615"/>
                              </a:cubicBezTo>
                              <a:cubicBezTo>
                                <a:pt x="102438" y="148615"/>
                                <a:pt x="116878" y="140208"/>
                                <a:pt x="132143" y="125552"/>
                              </a:cubicBezTo>
                              <a:lnTo>
                                <a:pt x="143980" y="137211"/>
                              </a:lnTo>
                              <a:cubicBezTo>
                                <a:pt x="127330" y="154063"/>
                                <a:pt x="109080" y="165252"/>
                                <a:pt x="80061" y="165252"/>
                              </a:cubicBezTo>
                              <a:cubicBezTo>
                                <a:pt x="34010" y="165252"/>
                                <a:pt x="0" y="128956"/>
                                <a:pt x="0" y="82867"/>
                              </a:cubicBezTo>
                              <a:cubicBezTo>
                                <a:pt x="0" y="37198"/>
                                <a:pt x="33807" y="0"/>
                                <a:pt x="8079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7385373" name="Shape 49">
                        <a:extLst>
                          <a:ext uri="{FF2B5EF4-FFF2-40B4-BE49-F238E27FC236}">
                            <a16:creationId xmlns:a16="http://schemas.microsoft.com/office/drawing/2014/main" id="{94CEDB7F-DE94-97A0-5C4E-82B0C3BCF5F9}"/>
                          </a:ext>
                        </a:extLst>
                      </wps:cNvPr>
                      <wps:cNvSpPr/>
                      <wps:spPr>
                        <a:xfrm>
                          <a:off x="3179642" y="1795973"/>
                          <a:ext cx="63113" cy="159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113" h="159779">
                              <a:moveTo>
                                <a:pt x="0" y="0"/>
                              </a:moveTo>
                              <a:lnTo>
                                <a:pt x="63113" y="0"/>
                              </a:lnTo>
                              <a:lnTo>
                                <a:pt x="63113" y="16726"/>
                              </a:lnTo>
                              <a:lnTo>
                                <a:pt x="18059" y="16726"/>
                              </a:lnTo>
                              <a:lnTo>
                                <a:pt x="18059" y="81509"/>
                              </a:lnTo>
                              <a:lnTo>
                                <a:pt x="63113" y="81509"/>
                              </a:lnTo>
                              <a:lnTo>
                                <a:pt x="63113" y="97752"/>
                              </a:lnTo>
                              <a:lnTo>
                                <a:pt x="18059" y="97752"/>
                              </a:lnTo>
                              <a:lnTo>
                                <a:pt x="18059" y="159779"/>
                              </a:lnTo>
                              <a:lnTo>
                                <a:pt x="0" y="1597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1481348" name="Shape 50">
                        <a:extLst>
                          <a:ext uri="{FF2B5EF4-FFF2-40B4-BE49-F238E27FC236}">
                            <a16:creationId xmlns:a16="http://schemas.microsoft.com/office/drawing/2014/main" id="{ADDCB36D-2E7D-1F1F-DC59-6054601139D8}"/>
                          </a:ext>
                        </a:extLst>
                      </wps:cNvPr>
                      <wps:cNvSpPr/>
                      <wps:spPr>
                        <a:xfrm>
                          <a:off x="3242755" y="1795973"/>
                          <a:ext cx="69107" cy="159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07" h="159779">
                              <a:moveTo>
                                <a:pt x="0" y="0"/>
                              </a:moveTo>
                              <a:lnTo>
                                <a:pt x="5581" y="0"/>
                              </a:lnTo>
                              <a:cubicBezTo>
                                <a:pt x="40811" y="0"/>
                                <a:pt x="63430" y="18948"/>
                                <a:pt x="63430" y="47727"/>
                              </a:cubicBezTo>
                              <a:cubicBezTo>
                                <a:pt x="63430" y="74435"/>
                                <a:pt x="45053" y="89929"/>
                                <a:pt x="19945" y="94539"/>
                              </a:cubicBezTo>
                              <a:lnTo>
                                <a:pt x="69107" y="159779"/>
                              </a:lnTo>
                              <a:lnTo>
                                <a:pt x="46907" y="159779"/>
                              </a:lnTo>
                              <a:lnTo>
                                <a:pt x="590" y="97752"/>
                              </a:lnTo>
                              <a:lnTo>
                                <a:pt x="0" y="97752"/>
                              </a:lnTo>
                              <a:lnTo>
                                <a:pt x="0" y="81509"/>
                              </a:lnTo>
                              <a:lnTo>
                                <a:pt x="3981" y="81509"/>
                              </a:lnTo>
                              <a:cubicBezTo>
                                <a:pt x="27997" y="81509"/>
                                <a:pt x="45053" y="69164"/>
                                <a:pt x="45053" y="48438"/>
                              </a:cubicBezTo>
                              <a:cubicBezTo>
                                <a:pt x="45053" y="28537"/>
                                <a:pt x="30042" y="16726"/>
                                <a:pt x="4286" y="16726"/>
                              </a:cubicBezTo>
                              <a:lnTo>
                                <a:pt x="0" y="167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2803762" name="Shape 51">
                        <a:extLst>
                          <a:ext uri="{FF2B5EF4-FFF2-40B4-BE49-F238E27FC236}">
                            <a16:creationId xmlns:a16="http://schemas.microsoft.com/office/drawing/2014/main" id="{5E8B4C5B-BD6A-E367-C292-6756BF9EC9CB}"/>
                          </a:ext>
                        </a:extLst>
                      </wps:cNvPr>
                      <wps:cNvSpPr/>
                      <wps:spPr>
                        <a:xfrm>
                          <a:off x="3360099" y="1795973"/>
                          <a:ext cx="116573" cy="159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573" h="159779">
                              <a:moveTo>
                                <a:pt x="0" y="0"/>
                              </a:moveTo>
                              <a:lnTo>
                                <a:pt x="115430" y="0"/>
                              </a:lnTo>
                              <a:lnTo>
                                <a:pt x="115430" y="16472"/>
                              </a:lnTo>
                              <a:lnTo>
                                <a:pt x="17996" y="16472"/>
                              </a:lnTo>
                              <a:lnTo>
                                <a:pt x="17996" y="71044"/>
                              </a:lnTo>
                              <a:lnTo>
                                <a:pt x="105168" y="71044"/>
                              </a:lnTo>
                              <a:lnTo>
                                <a:pt x="105168" y="87465"/>
                              </a:lnTo>
                              <a:lnTo>
                                <a:pt x="17996" y="87465"/>
                              </a:lnTo>
                              <a:lnTo>
                                <a:pt x="17996" y="143345"/>
                              </a:lnTo>
                              <a:lnTo>
                                <a:pt x="116573" y="143345"/>
                              </a:lnTo>
                              <a:lnTo>
                                <a:pt x="116573" y="159779"/>
                              </a:lnTo>
                              <a:lnTo>
                                <a:pt x="0" y="1597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7322427" name="Shape 52">
                        <a:extLst>
                          <a:ext uri="{FF2B5EF4-FFF2-40B4-BE49-F238E27FC236}">
                            <a16:creationId xmlns:a16="http://schemas.microsoft.com/office/drawing/2014/main" id="{5AFBA422-9CFF-7473-8F97-C33576F4A652}"/>
                          </a:ext>
                        </a:extLst>
                      </wps:cNvPr>
                      <wps:cNvSpPr/>
                      <wps:spPr>
                        <a:xfrm>
                          <a:off x="3405273" y="1748780"/>
                          <a:ext cx="39955" cy="33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955" h="33084">
                              <a:moveTo>
                                <a:pt x="21692" y="0"/>
                              </a:moveTo>
                              <a:lnTo>
                                <a:pt x="39955" y="8395"/>
                              </a:lnTo>
                              <a:lnTo>
                                <a:pt x="14122" y="33084"/>
                              </a:lnTo>
                              <a:lnTo>
                                <a:pt x="0" y="33084"/>
                              </a:lnTo>
                              <a:lnTo>
                                <a:pt x="216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2676851" name="Shape 53">
                        <a:extLst>
                          <a:ext uri="{FF2B5EF4-FFF2-40B4-BE49-F238E27FC236}">
                            <a16:creationId xmlns:a16="http://schemas.microsoft.com/office/drawing/2014/main" id="{489934BB-596F-F79B-9E16-CF7EA4597524}"/>
                          </a:ext>
                        </a:extLst>
                      </wps:cNvPr>
                      <wps:cNvSpPr/>
                      <wps:spPr>
                        <a:xfrm>
                          <a:off x="3528358" y="1795973"/>
                          <a:ext cx="69844" cy="159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44" h="159779">
                              <a:moveTo>
                                <a:pt x="0" y="0"/>
                              </a:moveTo>
                              <a:lnTo>
                                <a:pt x="55461" y="0"/>
                              </a:lnTo>
                              <a:lnTo>
                                <a:pt x="69844" y="2542"/>
                              </a:lnTo>
                              <a:lnTo>
                                <a:pt x="69844" y="19300"/>
                              </a:lnTo>
                              <a:lnTo>
                                <a:pt x="55461" y="16726"/>
                              </a:lnTo>
                              <a:lnTo>
                                <a:pt x="18072" y="16726"/>
                              </a:lnTo>
                              <a:lnTo>
                                <a:pt x="18072" y="143142"/>
                              </a:lnTo>
                              <a:lnTo>
                                <a:pt x="55461" y="143142"/>
                              </a:lnTo>
                              <a:lnTo>
                                <a:pt x="69844" y="140603"/>
                              </a:lnTo>
                              <a:lnTo>
                                <a:pt x="69844" y="157209"/>
                              </a:lnTo>
                              <a:lnTo>
                                <a:pt x="55461" y="159779"/>
                              </a:lnTo>
                              <a:lnTo>
                                <a:pt x="0" y="1597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640631" name="Shape 54">
                        <a:extLst>
                          <a:ext uri="{FF2B5EF4-FFF2-40B4-BE49-F238E27FC236}">
                            <a16:creationId xmlns:a16="http://schemas.microsoft.com/office/drawing/2014/main" id="{E4CE80DA-CEA3-4B2E-325C-046685D2402A}"/>
                          </a:ext>
                        </a:extLst>
                      </wps:cNvPr>
                      <wps:cNvSpPr/>
                      <wps:spPr>
                        <a:xfrm>
                          <a:off x="3598201" y="1798515"/>
                          <a:ext cx="70517" cy="1546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7" h="154667">
                              <a:moveTo>
                                <a:pt x="0" y="0"/>
                              </a:moveTo>
                              <a:lnTo>
                                <a:pt x="20084" y="3549"/>
                              </a:lnTo>
                              <a:cubicBezTo>
                                <a:pt x="51029" y="15362"/>
                                <a:pt x="70517" y="43222"/>
                                <a:pt x="70517" y="77112"/>
                              </a:cubicBezTo>
                              <a:cubicBezTo>
                                <a:pt x="70517" y="111040"/>
                                <a:pt x="51029" y="139146"/>
                                <a:pt x="20084" y="151079"/>
                              </a:cubicBezTo>
                              <a:lnTo>
                                <a:pt x="0" y="154667"/>
                              </a:lnTo>
                              <a:lnTo>
                                <a:pt x="0" y="138061"/>
                              </a:lnTo>
                              <a:lnTo>
                                <a:pt x="12997" y="135767"/>
                              </a:lnTo>
                              <a:cubicBezTo>
                                <a:pt x="37284" y="126398"/>
                                <a:pt x="51772" y="104322"/>
                                <a:pt x="51772" y="77595"/>
                              </a:cubicBezTo>
                              <a:cubicBezTo>
                                <a:pt x="51772" y="50886"/>
                                <a:pt x="37284" y="28572"/>
                                <a:pt x="12997" y="19084"/>
                              </a:cubicBezTo>
                              <a:lnTo>
                                <a:pt x="0" y="167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3821959" name="Shape 54794">
                        <a:extLst>
                          <a:ext uri="{FF2B5EF4-FFF2-40B4-BE49-F238E27FC236}">
                            <a16:creationId xmlns:a16="http://schemas.microsoft.com/office/drawing/2014/main" id="{762FBD6F-6DA9-7BCF-1A21-E8302957B1B6}"/>
                          </a:ext>
                        </a:extLst>
                      </wps:cNvPr>
                      <wps:cNvSpPr/>
                      <wps:spPr>
                        <a:xfrm>
                          <a:off x="3723823" y="1795978"/>
                          <a:ext cx="18021" cy="159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21" h="159779">
                              <a:moveTo>
                                <a:pt x="0" y="0"/>
                              </a:moveTo>
                              <a:lnTo>
                                <a:pt x="18021" y="0"/>
                              </a:lnTo>
                              <a:lnTo>
                                <a:pt x="18021" y="159779"/>
                              </a:lnTo>
                              <a:lnTo>
                                <a:pt x="0" y="1597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2344286" name="Shape 56">
                        <a:extLst>
                          <a:ext uri="{FF2B5EF4-FFF2-40B4-BE49-F238E27FC236}">
                            <a16:creationId xmlns:a16="http://schemas.microsoft.com/office/drawing/2014/main" id="{1B630E82-1D02-E6A2-DA32-AFD6AC0F5E74}"/>
                          </a:ext>
                        </a:extLst>
                      </wps:cNvPr>
                      <wps:cNvSpPr/>
                      <wps:spPr>
                        <a:xfrm>
                          <a:off x="3792502" y="1795973"/>
                          <a:ext cx="125603" cy="159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603" h="159779">
                              <a:moveTo>
                                <a:pt x="0" y="0"/>
                              </a:moveTo>
                              <a:lnTo>
                                <a:pt x="125603" y="0"/>
                              </a:lnTo>
                              <a:lnTo>
                                <a:pt x="125603" y="16726"/>
                              </a:lnTo>
                              <a:lnTo>
                                <a:pt x="71958" y="16726"/>
                              </a:lnTo>
                              <a:lnTo>
                                <a:pt x="71958" y="159779"/>
                              </a:lnTo>
                              <a:lnTo>
                                <a:pt x="53683" y="159779"/>
                              </a:lnTo>
                              <a:lnTo>
                                <a:pt x="53683" y="16726"/>
                              </a:lnTo>
                              <a:lnTo>
                                <a:pt x="0" y="167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9491805" name="Shape 57">
                        <a:extLst>
                          <a:ext uri="{FF2B5EF4-FFF2-40B4-BE49-F238E27FC236}">
                            <a16:creationId xmlns:a16="http://schemas.microsoft.com/office/drawing/2014/main" id="{EABB4D99-0D91-0BF3-5965-47E74CF0EA59}"/>
                          </a:ext>
                        </a:extLst>
                      </wps:cNvPr>
                      <wps:cNvSpPr/>
                      <wps:spPr>
                        <a:xfrm>
                          <a:off x="3949196" y="1793272"/>
                          <a:ext cx="81477" cy="1652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477" h="165218">
                              <a:moveTo>
                                <a:pt x="81477" y="0"/>
                              </a:moveTo>
                              <a:lnTo>
                                <a:pt x="81477" y="16740"/>
                              </a:lnTo>
                              <a:lnTo>
                                <a:pt x="81178" y="16678"/>
                              </a:lnTo>
                              <a:cubicBezTo>
                                <a:pt x="44729" y="16678"/>
                                <a:pt x="18707" y="45863"/>
                                <a:pt x="18707" y="82363"/>
                              </a:cubicBezTo>
                              <a:cubicBezTo>
                                <a:pt x="18707" y="109786"/>
                                <a:pt x="33623" y="133322"/>
                                <a:pt x="56447" y="143376"/>
                              </a:cubicBezTo>
                              <a:lnTo>
                                <a:pt x="81477" y="148546"/>
                              </a:lnTo>
                              <a:lnTo>
                                <a:pt x="81477" y="165158"/>
                              </a:lnTo>
                              <a:lnTo>
                                <a:pt x="81178" y="165218"/>
                              </a:lnTo>
                              <a:cubicBezTo>
                                <a:pt x="32651" y="165218"/>
                                <a:pt x="0" y="127105"/>
                                <a:pt x="0" y="82833"/>
                              </a:cubicBezTo>
                              <a:cubicBezTo>
                                <a:pt x="0" y="49648"/>
                                <a:pt x="18610" y="19627"/>
                                <a:pt x="48402" y="6691"/>
                              </a:cubicBezTo>
                              <a:lnTo>
                                <a:pt x="8147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8926126" name="Shape 58">
                        <a:extLst>
                          <a:ext uri="{FF2B5EF4-FFF2-40B4-BE49-F238E27FC236}">
                            <a16:creationId xmlns:a16="http://schemas.microsoft.com/office/drawing/2014/main" id="{CA39B7BC-C921-8419-1D34-236369F164DC}"/>
                          </a:ext>
                        </a:extLst>
                      </wps:cNvPr>
                      <wps:cNvSpPr/>
                      <wps:spPr>
                        <a:xfrm>
                          <a:off x="4030673" y="1793238"/>
                          <a:ext cx="81426" cy="165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426" h="165192">
                              <a:moveTo>
                                <a:pt x="171" y="0"/>
                              </a:moveTo>
                              <a:cubicBezTo>
                                <a:pt x="48825" y="0"/>
                                <a:pt x="81426" y="38138"/>
                                <a:pt x="81426" y="82398"/>
                              </a:cubicBezTo>
                              <a:cubicBezTo>
                                <a:pt x="81426" y="115630"/>
                                <a:pt x="62831" y="145620"/>
                                <a:pt x="33002" y="158537"/>
                              </a:cubicBezTo>
                              <a:lnTo>
                                <a:pt x="0" y="165192"/>
                              </a:lnTo>
                              <a:lnTo>
                                <a:pt x="0" y="148580"/>
                              </a:lnTo>
                              <a:lnTo>
                                <a:pt x="171" y="148615"/>
                              </a:lnTo>
                              <a:cubicBezTo>
                                <a:pt x="36798" y="148615"/>
                                <a:pt x="62770" y="119393"/>
                                <a:pt x="62770" y="82867"/>
                              </a:cubicBezTo>
                              <a:cubicBezTo>
                                <a:pt x="62770" y="55502"/>
                                <a:pt x="47889" y="31973"/>
                                <a:pt x="25002" y="21918"/>
                              </a:cubicBezTo>
                              <a:lnTo>
                                <a:pt x="0" y="16774"/>
                              </a:lnTo>
                              <a:lnTo>
                                <a:pt x="0" y="34"/>
                              </a:lnTo>
                              <a:lnTo>
                                <a:pt x="17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9A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E5C00A5" id="Group 7" o:spid="_x0000_s1026" style="position:absolute;margin-left:-2.7pt;margin-top:-30.35pt;width:48.5pt;height:18.65pt;z-index:251661312;mso-position-horizontal:right;mso-position-horizontal-relative:margin;mso-width-relative:margin;mso-height-relative:margin" coordsize="47480,19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">
              <v:shape id="Shape 6" o:spid="_x0000_s1027" style="position:absolute;left:42146;top:26;width:2462;height:6988;visibility:visible;mso-wrap-style:square;v-text-anchor:top" coordsize="246252,698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" path="m199771,r46481,1625l246252,107813r-28891,-2606c196126,105207,174917,107353,154305,109385r-20091,1969l134265,184645v,57874,126,115811,-204,173660l133985,368224r9449,-3137c165595,357810,189306,353708,212255,349745r33997,-6429l246252,473098,229273,448335r-2972,-4025l221450,445884v-5385,1689,-11443,3099,-17590,4534c177114,456781,143701,464744,140297,500215v-7468,45720,-6718,92583,-6083,137909c134493,658051,134772,678587,134430,698792r-134328,l38,473101c,320065,,167056,102,14059r7734,-826c70765,6744,135865,,199771,xe" fillcolor="#606060" stroked="f" strokeweight="0">
                <v:stroke miterlimit="83231f" joinstyle="miter"/>
                <v:path arrowok="t" textboxrect="0,0,246252,698792"/>
              </v:shape>
              <v:shape id="Shape 7" o:spid="_x0000_s1028" style="position:absolute;left:44608;top:43;width:2872;height:6971;visibility:visible;mso-wrap-style:square;v-text-anchor:top" coordsize="287148,697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" path="m,l12082,422c30739,1794,48617,3861,65978,6642v79096,12764,140742,55588,164782,114567c262930,202794,253760,291592,207227,347561v-23812,31064,-60579,50064,-93306,64592l105094,416001r6236,7290c174893,497218,230925,584467,287148,697167r-149529,c114632,651142,90118,607066,64283,565228l,471473,,341690r6337,-1198c19820,337496,33250,333839,46356,328892v38494,-15125,64313,-55588,65837,-103098c113717,178232,91365,137719,54002,120155,42292,114529,29846,110386,16189,107648l,106188,,xe" fillcolor="#606060" stroked="f" strokeweight="0">
                <v:stroke miterlimit="83231f" joinstyle="miter"/>
                <v:path arrowok="t" textboxrect="0,0,287148,697167"/>
              </v:shape>
              <v:shape id="Shape 8" o:spid="_x0000_s1029" style="position:absolute;left:12039;top:114;width:7387;height:6900;visibility:visible;mso-wrap-style:square;v-text-anchor:top" coordsize="738683,690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" path="m110960,v29756,,59525,51,89281,165c269227,130353,318364,268377,361150,398323r6807,20675l374701,398297c414731,275717,465125,132740,535787,51r167615,c709740,125793,716178,251600,722643,377342r16040,312674l609854,690016c601891,520395,593979,351066,586003,181483r-1371,-29794l572389,178867c518147,299225,471703,426339,434340,556870r-132880,c263931,425323,216992,297701,163373,178867l151117,151676r-1346,29832c145847,267957,141757,354394,137681,440817v-3861,83020,-7785,166015,-11583,249047c85077,690016,44107,690016,3035,690016,1359,656996,,615074,2464,572669,9436,449466,15723,326263,21984,203073,25451,135395,28969,67742,32487,51l110960,xe" fillcolor="#606060" stroked="f" strokeweight="0">
                <v:stroke miterlimit="83231f" joinstyle="miter"/>
                <v:path arrowok="t" textboxrect="0,0,738683,690016"/>
              </v:shape>
              <v:shape id="Shape 9" o:spid="_x0000_s1030" style="position:absolute;left:28382;top:114;width:5076;height:6900;visibility:visible;mso-wrap-style:square;v-text-anchor:top" coordsize="507670,690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" path="m340881,l507670,51v,36550,-39,73177,-165,109740l320789,109791r,7176c320713,245859,320751,374802,320751,503707r38,186309l186868,690016r,-580225l179730,109791v-59982,-152,-119862,,-179730,-152l,51,340881,xe" fillcolor="#606060" stroked="f" strokeweight="0">
                <v:stroke miterlimit="83231f" joinstyle="miter"/>
                <v:path arrowok="t" textboxrect="0,0,507670,690016"/>
              </v:shape>
              <v:shape id="Shape 10" o:spid="_x0000_s1031" style="position:absolute;left:70;top:9292;width:4615;height:7167;visibility:visible;mso-wrap-style:square;v-text-anchor:top" coordsize="461480,71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" path="m308331,v47002,,98399,6972,152908,20663c461480,56896,461480,93015,461366,129197,414681,117259,368859,107061,322606,107061v-36538,,-68250,6401,-97562,20041c141224,175095,139636,286550,138633,360655v1194,68783,3239,184086,89611,230670c256388,603783,287261,609791,322606,609791v46418,,93789,-10643,138760,-22175c461480,624078,461480,660578,461239,697128v-56871,13196,-107074,19571,-153289,19571c233096,716699,169583,699135,119380,664477,41072,608419,927,505866,,359804,,213195,39624,110096,117602,53518,168720,18021,232918,,308331,xe" fillcolor="#606060" stroked="f" strokeweight="0">
                <v:stroke miterlimit="83231f" joinstyle="miter"/>
                <v:path arrowok="t" textboxrect="0,0,461480,716699"/>
              </v:shape>
              <v:shape id="Shape 11" o:spid="_x0000_s1032" style="position:absolute;left:6031;top:9337;width:2462;height:6989;visibility:visible;mso-wrap-style:square;v-text-anchor:top" coordsize="246265,698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" path="m199530,r46735,1652l246265,107911r-28739,-2539c196558,105372,175451,107505,154978,109487r-20688,1981l134328,181229v25,59030,102,118085,-267,177177l133998,368389r9474,-3124c165837,357848,189649,353695,212700,349695r33565,-6353l246265,473132,229464,448614r-3023,-3987l221679,446075v-5347,1676,-11253,3035,-17336,4457c177216,456819,143446,464693,140335,500659v-7366,45606,-6731,92380,-6096,137528c134569,658127,134849,678700,134442,698855r-134353,l89,473164c38,320192,,167157,89,14110r5842,-584c69393,6858,135052,,199530,xe" fillcolor="#606060" stroked="f" strokeweight="0">
                <v:stroke miterlimit="83231f" joinstyle="miter"/>
                <v:path arrowok="t" textboxrect="0,0,246265,698855"/>
              </v:shape>
              <v:shape id="Shape 12" o:spid="_x0000_s1033" style="position:absolute;left:8493;top:9354;width:2872;height:6972;visibility:visible;mso-wrap-style:square;v-text-anchor:top" coordsize="287212,697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" path="m,l12193,431c30976,1828,48985,3936,66473,6781v78232,12700,139497,55156,163843,113347c263247,201929,254230,291185,207240,347788v-23724,30735,-58979,49264,-93498,64605l104992,416280r6261,7239c174652,496975,230709,584174,287212,697204r-149746,c114765,651540,90438,607656,64666,565849l,471481,,341690r5715,-1082c18858,337711,31961,334199,44756,329488v39078,-14364,65532,-54623,67412,-102565c113984,179170,90793,137121,53125,119811,41556,114324,29246,110302,15751,107650l,106259,,xe" fillcolor="#606060" stroked="f" strokeweight="0">
                <v:stroke miterlimit="83231f" joinstyle="miter"/>
                <v:path arrowok="t" textboxrect="0,0,287212,697204"/>
              </v:shape>
              <v:shape id="Shape 13" o:spid="_x0000_s1034" style="position:absolute;left:18582;top:9339;width:2734;height:7077;visibility:visible;mso-wrap-style:square;v-text-anchor:top" coordsize="273387,707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" path="m187935,v21958,,43011,679,63424,2056l273387,4362r,110124l250714,109830v-12934,-1635,-26772,-2438,-41609,-2438c185661,107392,162382,109334,140691,111455r-6465,572l134341,597853r12446,660c164948,599504,183705,600520,202540,600520v21139,,45202,-1127,69366,-6635l273387,593393r,110064l191084,707695v-48107,,-97155,-3619,-144551,-7175c31039,699377,15507,698221,89,697192l38,471678c,318897,,166205,89,13538,73000,4344,132766,,187935,xe" fillcolor="#606060" stroked="f" strokeweight="0">
                <v:stroke miterlimit="83231f" joinstyle="miter"/>
                <v:path arrowok="t" textboxrect="0,0,273387,707695"/>
              </v:shape>
              <v:shape id="Shape 14" o:spid="_x0000_s1035" style="position:absolute;left:21316;top:9382;width:2880;height:6991;visibility:visible;mso-wrap-style:square;v-text-anchor:top" coordsize="288017,69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" path="m,l37547,3931v97320,15177,180213,81179,211125,167958c285591,277616,288017,398317,255391,511715,230143,597517,158591,665881,72891,685896,49904,691833,26092,696192,533,699067l,699095,,589031,34486,577571v11778,-5350,23229,-12201,33999,-20961c129749,505518,138462,420605,139160,352216,138360,273590,129686,193910,71952,143428,55188,129655,35966,119555,13517,112899l,110124,,xe" fillcolor="#606060" stroked="f" strokeweight="0">
                <v:stroke miterlimit="83231f" joinstyle="miter"/>
                <v:path arrowok="t" textboxrect="0,0,288017,699095"/>
              </v:shape>
              <v:shape id="Shape 15" o:spid="_x0000_s1036" style="position:absolute;left:12617;top:9427;width:4431;height:6899;visibility:visible;mso-wrap-style:square;v-text-anchor:top" coordsize="443116,68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" path="m102,l442963,r,106769l134442,106769r-51,7086c134252,168199,134252,222834,134391,277216r51,7099l399707,284404v,34925,,69977,-114,104889l134252,389293r25,66955c134353,496062,134391,535915,134252,575767r,7125l141376,582892v29566,89,59106,89,88672,89l331318,582981v37249,,74523,,111798,228c442963,618680,442963,654304,442963,689889r-442861,l89,462255c51,308204,,154089,102,xe" fillcolor="#606060" stroked="f" strokeweight="0">
                <v:stroke miterlimit="83231f" joinstyle="miter"/>
                <v:path arrowok="t" textboxrect="0,0,443116,689889"/>
              </v:shape>
              <v:shape id="Shape 16" o:spid="_x0000_s1037" style="position:absolute;left:25521;top:9427;width:1344;height:6899;visibility:visible;mso-wrap-style:square;v-text-anchor:top" coordsize="134353,68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" path="m76,l134264,v89,154089,89,308203,,462254l134264,689889r-134188,l76,462254c38,308051,,154229,76,xe" fillcolor="#606060" stroked="f" strokeweight="0">
                <v:stroke miterlimit="83231f" joinstyle="miter"/>
                <v:path arrowok="t" textboxrect="0,0,134353,689889"/>
              </v:shape>
              <v:shape id="Shape 17" o:spid="_x0000_s1038" style="position:absolute;left:28386;top:9426;width:5077;height:6900;visibility:visible;mso-wrap-style:square;v-text-anchor:top" coordsize="507670,689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" path="m340919,l507670,64v-77,36537,-77,73126,-77,109689l321043,109753r-63,7150c320840,262014,320878,407060,320878,552171r38,137782l186931,689953r,-580200l179794,109753v-60046,-127,-119837,,-179718,-127c,73101,,36601,76,64l340919,xe" fillcolor="#606060" stroked="f" strokeweight="0">
                <v:stroke miterlimit="83231f" joinstyle="miter"/>
                <v:path arrowok="t" textboxrect="0,0,507670,689953"/>
              </v:shape>
              <v:shape id="Shape 18" o:spid="_x0000_s1039" style="position:absolute;left:20475;top:18;width:5489;height:5478;visibility:visible;mso-wrap-style:square;v-text-anchor:top" coordsize="548830,547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" path="m354330,v69266,,136551,19989,194500,57899l461861,144818c428523,126517,392392,117208,354330,117208v-126251,,-228930,105994,-228930,236271c125400,389407,133502,424269,149542,457124l58890,547789c20409,490347,,423482,,354419,,159017,158953,,354330,xe" fillcolor="#f29a2b" stroked="f" strokeweight="0">
                <v:stroke miterlimit="83231f" joinstyle="miter"/>
                <v:path arrowok="t" textboxrect="0,0,548830,547789"/>
              </v:shape>
              <v:shape id="Shape 19" o:spid="_x0000_s1040" style="position:absolute;left:21892;top:1415;width:5671;height:5654;visibility:visible;mso-wrap-style:square;v-text-anchor:top" coordsize="567144,565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" path="m494716,v47421,62027,72428,136258,72428,214732c567144,408115,408102,565442,212674,565442,135687,565442,62052,540931,,494716l85979,408661v37529,25908,81318,39598,126695,39598c338950,448259,441680,343116,441680,213805v,-44361,-12153,-87821,-35178,-125603l494716,xe" fillcolor="#f29a2b" stroked="f" strokeweight="0">
                <v:stroke miterlimit="83231f" joinstyle="miter"/>
                <v:path arrowok="t" textboxrect="0,0,567144,565442"/>
              </v:shape>
              <v:shape id="Shape 20" o:spid="_x0000_s1041" style="position:absolute;left:34055;top:1600;width:5477;height:5488;visibility:visible;mso-wrap-style:square;v-text-anchor:top" coordsize="547713,548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" path="m57861,r86881,86881c126428,120218,117145,156464,117145,194399v,126238,106057,228917,236283,228917c389293,423316,424193,415227,457086,399174r90627,90690c490232,528460,423380,548830,354330,548830,158966,548830,,389852,,194399,,125247,20002,58014,57861,xe" fillcolor="#f29a2b" stroked="f" strokeweight="0">
                <v:stroke miterlimit="83231f" joinstyle="miter"/>
                <v:path arrowok="t" textboxrect="0,0,547713,548830"/>
              </v:shape>
              <v:shape id="Shape 21" o:spid="_x0000_s1042" style="position:absolute;left:35451;width:5655;height:5671;visibility:visible;mso-wrap-style:square;v-text-anchor:top" coordsize="565467,567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" path="m214706,c408140,,565467,158941,565467,354419v,77089,-24460,150609,-70789,212687l408686,481203v25895,-37630,39611,-81458,39611,-126784c448297,228181,343103,125476,213804,125476v-44462,,-87845,12192,-125552,35205l,72403c62039,25006,136322,,214706,xe" fillcolor="#f29a2b" stroked="f" strokeweight="0">
                <v:stroke miterlimit="83231f" joinstyle="miter"/>
                <v:path arrowok="t" textboxrect="0,0,565467,567106"/>
              </v:shape>
              <v:shape id="Shape 22" o:spid="_x0000_s1043" style="position:absolute;left:34035;top:9437;width:5489;height:5477;visibility:visible;mso-wrap-style:square;v-text-anchor:top" coordsize="548843,547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" path="m354444,v69215,,136437,19964,194399,57874l461963,144793c428625,126429,392392,117158,354444,117158v-126238,,-228943,106045,-228943,236308c125501,389331,133655,424180,149631,457124l58991,547751c20358,490284,,423380,,354419,,158941,159055,,354444,xe" fillcolor="#f29a2b" stroked="f" strokeweight="0">
                <v:stroke miterlimit="83231f" joinstyle="miter"/>
                <v:path arrowok="t" textboxrect="0,0,548843,547751"/>
              </v:shape>
              <v:shape id="Shape 23" o:spid="_x0000_s1044" style="position:absolute;left:35453;top:10833;width:5671;height:5654;visibility:visible;mso-wrap-style:square;v-text-anchor:top" coordsize="567144,565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" path="m494678,v47384,62090,72466,136347,72466,214795c567144,408127,408115,565467,212687,565467,135661,565467,62103,541020,,494665l85928,408724v37580,25832,81407,39548,126759,39548c338925,448272,441642,343141,441642,213842v,-44488,-12204,-87922,-35178,-125615l494678,xe" fillcolor="#f29a2b" stroked="f" strokeweight="0">
                <v:stroke miterlimit="83231f" joinstyle="miter"/>
                <v:path arrowok="t" textboxrect="0,0,567144,565467"/>
              </v:shape>
              <v:shape id="Shape 24" o:spid="_x0000_s1045" style="position:absolute;top:17959;width:642;height:1598;visibility:visible;mso-wrap-style:square;v-text-anchor:top" coordsize="64224,159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" path="m,l64224,r,16243l17780,16243r,55042l64224,71285r,15938l17780,87223r,56338l64224,143561r,16205l,159766,,xe" fillcolor="#f29a2b" stroked="f" strokeweight="0">
                <v:stroke miterlimit="83231f" joinstyle="miter"/>
                <v:path arrowok="t" textboxrect="0,0,64224,159766"/>
              </v:shape>
              <v:shape id="Shape 25" o:spid="_x0000_s1046" style="position:absolute;left:642;top:17959;width:647;height:1598;visibility:visible;mso-wrap-style:square;v-text-anchor:top" coordsize="64745,159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" path="m,l3759,c35243,,55842,15583,55842,39941v,21032,-12814,31763,-25387,37198c49428,82918,64745,93815,64745,116014v,27547,-23114,43752,-58014,43752l,159766,,143561r7188,c31369,143561,46444,132855,46444,114808,46444,97269,31826,87223,4001,87223l,87223,,71285r813,c22530,71285,37554,61455,37554,42431,37554,26505,24994,16243,2146,16243l,16243,,xe" fillcolor="#f29a2b" stroked="f" strokeweight="0">
                <v:stroke miterlimit="83231f" joinstyle="miter"/>
                <v:path arrowok="t" textboxrect="0,0,64745,159766"/>
              </v:shape>
              <v:shape id="Shape 26" o:spid="_x0000_s1047" style="position:absolute;left:1664;top:17948;width:809;height:1609;visibility:visible;mso-wrap-style:square;v-text-anchor:top" coordsize="80899,160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" path="m72822,r8077,l80899,21192,44488,102464r36411,l80899,118694r-43472,l18466,160909,,160909,72822,xe" fillcolor="#f29a2b" stroked="f" strokeweight="0">
                <v:stroke miterlimit="83231f" joinstyle="miter"/>
                <v:path arrowok="t" textboxrect="0,0,80899,160909"/>
              </v:shape>
              <v:shape id="Shape 27" o:spid="_x0000_s1048" style="position:absolute;left:2473;top:17948;width:816;height:1609;visibility:visible;mso-wrap-style:square;v-text-anchor:top" coordsize="81559,160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" path="m,l8788,,81559,160909r-19380,l43510,118694,,118694,,102464r36411,l89,20993,,21192,,xe" fillcolor="#f29a2b" stroked="f" strokeweight="0">
                <v:stroke miterlimit="83231f" joinstyle="miter"/>
                <v:path arrowok="t" textboxrect="0,0,81559,160909"/>
              </v:shape>
              <v:shape id="Shape 28" o:spid="_x0000_s1049" style="position:absolute;left:3758;top:17959;width:1351;height:1598;visibility:visible;mso-wrap-style:square;v-text-anchor:top" coordsize="135052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" path="m,l16866,,117500,128041,117500,r17552,l135052,159779r-14275,l17577,28804r,130975l,159779,,xe" fillcolor="#f29a2b" stroked="f" strokeweight="0">
                <v:stroke miterlimit="83231f" joinstyle="miter"/>
                <v:path arrowok="t" textboxrect="0,0,135052,159779"/>
              </v:shape>
              <v:shape id="Shape 29" o:spid="_x0000_s1050" style="position:absolute;left:5644;top:17932;width:1440;height:1652;visibility:visible;mso-wrap-style:square;v-text-anchor:top" coordsize="143980,165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" path="m80734,v28994,,46329,10325,62357,25387l130708,38621c117246,25781,102171,16713,80531,16713v-35383,,-61862,28461,-61862,65685c18669,119634,45390,148615,80531,148615v21920,,36296,-8407,51587,-23063l143980,137211v-16675,16852,-34887,28041,-63907,28041c33972,165252,,128956,,82867,,37198,33756,,80734,xe" fillcolor="#f29a2b" stroked="f" strokeweight="0">
                <v:stroke miterlimit="83231f" joinstyle="miter"/>
                <v:path arrowok="t" textboxrect="0,0,143980,165252"/>
              </v:shape>
              <v:shape id="Shape 30" o:spid="_x0000_s1051" style="position:absolute;left:7436;top:17932;width:815;height:1652;visibility:visible;mso-wrap-style:square;v-text-anchor:top" coordsize="81483,165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" path="m81483,r,16701l81293,16662v-36513,,-62573,29184,-62573,65685c18720,109769,33629,133305,56487,143359r24996,5153l81483,165163r-190,38c32652,165201,,127088,,82816,,49631,18617,19611,48445,6675l81483,xe" fillcolor="#f29a2b" stroked="f" strokeweight="0">
                <v:stroke miterlimit="83231f" joinstyle="miter"/>
                <v:path arrowok="t" textboxrect="0,0,81483,165201"/>
              </v:shape>
              <v:shape id="Shape 31" o:spid="_x0000_s1052" style="position:absolute;left:8251;top:17932;width:815;height:1652;visibility:visible;mso-wrap-style:square;v-text-anchor:top" coordsize="81445,16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" path="m254,c48844,,81445,38138,81445,82398v,33232,-18595,63222,-48386,76139l,165214,,148563r254,52c36741,148615,62763,119393,62763,82867,62763,55502,47876,31973,25039,21918l,16752,,51,254,xe" fillcolor="#f29a2b" stroked="f" strokeweight="0">
                <v:stroke miterlimit="83231f" joinstyle="miter"/>
                <v:path arrowok="t" textboxrect="0,0,81445,165214"/>
              </v:shape>
              <v:shape id="Shape 32" o:spid="_x0000_s1053" style="position:absolute;left:10439;top:17959;width:699;height:1598;visibility:visible;mso-wrap-style:square;v-text-anchor:top" coordsize="69856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" path="m,l55461,,69856,2547r,16754l55461,16726r-37414,l18047,143142r37414,l69856,140602r,16602l55461,159779,,159779,,xe" fillcolor="#f29a2b" stroked="f" strokeweight="0">
                <v:stroke miterlimit="83231f" joinstyle="miter"/>
                <v:path arrowok="t" textboxrect="0,0,69856,159779"/>
              </v:shape>
              <v:shape id="Shape 33" o:spid="_x0000_s1054" style="position:absolute;left:11138;top:17985;width:705;height:1546;visibility:visible;mso-wrap-style:square;v-text-anchor:top" coordsize="70479,154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" path="m,l20035,3545c50962,15357,70479,43218,70479,77108v,33927,-19517,62034,-50444,73966l,154657,,138055r12998,-2293c37301,126394,51810,104317,51810,77590,51810,50882,37301,28567,12998,19079l,16754,,xe" fillcolor="#f29a2b" stroked="f" strokeweight="0">
                <v:stroke miterlimit="83231f" joinstyle="miter"/>
                <v:path arrowok="t" textboxrect="0,0,70479,154657"/>
              </v:shape>
              <v:shape id="Shape 34" o:spid="_x0000_s1055" style="position:absolute;left:12378;top:17959;width:1166;height:1598;visibility:visible;mso-wrap-style:square;v-text-anchor:top" coordsize="116624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" path="m,l115481,r,16472l18021,16472r,54572l105220,71044r,16421l18021,87465r,55880l116624,143345r,16434l,159779,,xe" fillcolor="#f29a2b" stroked="f" strokeweight="0">
                <v:stroke miterlimit="83231f" joinstyle="miter"/>
                <v:path arrowok="t" textboxrect="0,0,116624,159779"/>
              </v:shape>
              <v:shape id="Shape 35" o:spid="_x0000_s1056" style="position:absolute;left:14762;top:17948;width:809;height:1609;visibility:visible;mso-wrap-style:square;v-text-anchor:top" coordsize="80905,160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" path="m72860,r8045,l80905,21234,44475,102464r36430,l80905,118694r-43440,l18466,160909,,160909,72860,xe" fillcolor="#f29a2b" stroked="f" strokeweight="0">
                <v:stroke miterlimit="83231f" joinstyle="miter"/>
                <v:path arrowok="t" textboxrect="0,0,80905,160909"/>
              </v:shape>
              <v:shape id="Shape 36" o:spid="_x0000_s1057" style="position:absolute;left:15571;top:17948;width:816;height:1609;visibility:visible;mso-wrap-style:square;v-text-anchor:top" coordsize="81617,160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" path="m,l8769,,81617,160909r-19431,l43453,118694,,118694,,102464r36430,l108,20993,,21234,,xe" fillcolor="#f29a2b" stroked="f" strokeweight="0">
                <v:stroke miterlimit="83231f" joinstyle="miter"/>
                <v:path arrowok="t" textboxrect="0,0,81617,160909"/>
              </v:shape>
              <v:shape id="Shape 37" o:spid="_x0000_s1058" style="position:absolute;left:16855;top:17959;width:1283;height:1598;visibility:visible;mso-wrap-style:square;v-text-anchor:top" coordsize="128295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" path="m,l18110,r,71044l110249,71044,110249,r18046,l128295,159779r-18046,l110249,87897r-92139,l18110,159779,,159779,,xe" fillcolor="#f29a2b" stroked="f" strokeweight="0">
                <v:stroke miterlimit="83231f" joinstyle="miter"/>
                <v:path arrowok="t" textboxrect="0,0,128295,159779"/>
              </v:shape>
              <v:shape id="Shape 38" o:spid="_x0000_s1059" style="position:absolute;left:18673;top:17932;width:815;height:1652;visibility:visible;mso-wrap-style:square;v-text-anchor:top" coordsize="81464,165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" path="m81464,r,16701l81280,16663v-36563,,-62573,29185,-62573,65685c18707,109770,33616,133306,56469,143361r24995,5153l81464,165165r-184,37c32639,165202,,127090,,82817,,49632,18595,19612,48418,6676l81464,xe" fillcolor="#f29a2b" stroked="f" strokeweight="0">
                <v:stroke miterlimit="83231f" joinstyle="miter"/>
                <v:path arrowok="t" textboxrect="0,0,81464,165202"/>
              </v:shape>
              <v:shape id="Shape 39" o:spid="_x0000_s1060" style="position:absolute;left:19488;top:17932;width:815;height:1652;visibility:visible;mso-wrap-style:square;v-text-anchor:top" coordsize="81477,16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" path="m248,c48851,,81477,38138,81477,82398v,33232,-18645,63222,-48435,76139l,165215,,148564r248,51c36786,148615,62757,119393,62757,82867,62757,55502,47848,31973,25022,21918l,16751,,50,248,xe" fillcolor="#f29a2b" stroked="f" strokeweight="0">
                <v:stroke miterlimit="83231f" joinstyle="miter"/>
                <v:path arrowok="t" textboxrect="0,0,81477,165215"/>
              </v:shape>
              <v:shape id="Shape 40" o:spid="_x0000_s1061" style="position:absolute;left:20838;top:17959;width:631;height:1598;visibility:visible;mso-wrap-style:square;v-text-anchor:top" coordsize="63113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" path="m,l63113,r,16726l18059,16726r,64783l63113,81509r,16243l18059,97752r,62027l,159779,,xe" fillcolor="#f29a2b" stroked="f" strokeweight="0">
                <v:stroke miterlimit="83231f" joinstyle="miter"/>
                <v:path arrowok="t" textboxrect="0,0,63113,159779"/>
              </v:shape>
              <v:shape id="Shape 41" o:spid="_x0000_s1062" style="position:absolute;left:21469;top:17959;width:691;height:1598;visibility:visible;mso-wrap-style:square;v-text-anchor:top" coordsize="69069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" path="m,l5556,c40710,,63341,18948,63341,47727v,26708,-18288,42202,-43345,46812l69069,159779r-22175,l540,97752r-540,l,81509r3994,c27946,81509,45053,69164,45053,48438,45053,28537,30029,16726,4235,16726l,16726,,xe" fillcolor="#f29a2b" stroked="f" strokeweight="0">
                <v:stroke miterlimit="83231f" joinstyle="miter"/>
                <v:path arrowok="t" textboxrect="0,0,69069,159779"/>
              </v:shape>
              <v:shape id="Shape 42" o:spid="_x0000_s1063" style="position:absolute;left:22642;top:17959;width:631;height:1598;visibility:visible;mso-wrap-style:square;v-text-anchor:top" coordsize="63068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" path="m,l63068,r,16726l18021,16726r,64783l63068,81509r,16243l18021,97752r,62027l,159779,,xe" fillcolor="#f29a2b" stroked="f" strokeweight="0">
                <v:stroke miterlimit="83231f" joinstyle="miter"/>
                <v:path arrowok="t" textboxrect="0,0,63068,159779"/>
              </v:shape>
              <v:shape id="Shape 43" o:spid="_x0000_s1064" style="position:absolute;left:23273;top:17959;width:691;height:1598;visibility:visible;mso-wrap-style:square;v-text-anchor:top" coordsize="69075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" path="m,l5588,c40780,,63348,18948,63348,47727v,26708,-18301,42202,-43384,46812l69075,159779r-22174,l584,97752r-584,l,81509r4013,c28003,81509,45047,69164,45047,48438,45047,28537,30035,16726,4242,16726l,16726,,xe" fillcolor="#f29a2b" stroked="f" strokeweight="0">
                <v:stroke miterlimit="83231f" joinstyle="miter"/>
                <v:path arrowok="t" textboxrect="0,0,69075,159779"/>
              </v:shape>
              <v:shape id="Shape 44" o:spid="_x0000_s1065" style="position:absolute;left:24375;top:17932;width:815;height:1652;visibility:visible;mso-wrap-style:square;v-text-anchor:top" coordsize="81547,165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" path="m81547,r,16719l81293,16667v-36500,,-62548,29184,-62548,65685c18745,109774,33647,133310,56512,143365r25035,5157l81547,165155r-254,51c32664,165206,,127093,,82821,,49636,18659,19616,48494,6680l81547,xe" fillcolor="#f29a2b" stroked="f" strokeweight="0">
                <v:stroke miterlimit="83231f" joinstyle="miter"/>
                <v:path arrowok="t" textboxrect="0,0,81547,165206"/>
              </v:shape>
              <v:shape id="Shape 45" o:spid="_x0000_s1066" style="position:absolute;left:25190;top:17932;width:814;height:1652;visibility:visible;mso-wrap-style:square;v-text-anchor:top" coordsize="81419,165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" path="m228,c48831,,81419,38138,81419,82398v,33232,-18588,63222,-48397,76139l,165201,,148568r228,47c36741,148615,62801,119393,62801,82867,62801,55502,47885,31973,25013,21918l,16765,,46,228,xe" fillcolor="#f29a2b" stroked="f" strokeweight="0">
                <v:stroke miterlimit="83231f" joinstyle="miter"/>
                <v:path arrowok="t" textboxrect="0,0,81419,165201"/>
              </v:shape>
              <v:shape id="Shape 46" o:spid="_x0000_s1067" style="position:absolute;left:27255;top:17949;width:549;height:1631;visibility:visible;mso-wrap-style:square;v-text-anchor:top" coordsize="54877,163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" path="m54877,r,16691l46637,19832v-4245,4156,-6696,9969,-6696,16598c39941,41231,40906,45403,43386,50002l54877,64796r,24506l48755,82989c27572,90748,18288,103766,18288,117495v,17310,13652,30365,33312,30365l54877,146992r,15054l50190,163126c21412,163126,,145079,,118155,,96616,14084,81376,38583,71825,27572,59036,22606,49219,22606,36430v,-15878,9487,-29391,24898,-35156l54877,xe" fillcolor="#f29a2b" stroked="f" strokeweight="0">
                <v:stroke miterlimit="83231f" joinstyle="miter"/>
                <v:path arrowok="t" textboxrect="0,0,54877,163126"/>
              </v:shape>
              <v:shape id="Shape 47" o:spid="_x0000_s1068" style="position:absolute;left:27804;top:17932;width:864;height:1657;visibility:visible;mso-wrap-style:square;v-text-anchor:top" coordsize="86398,165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" path="m9880,c32271,,48704,16053,48704,36309v,20777,-14427,33579,-37668,41822l47612,115291c54686,105042,61061,92939,66777,79667r14770,6884c74536,101600,67246,115291,58534,126708r27864,28499l72720,165710,47612,139954v-7315,7849,-15195,14068,-23844,18326l,163754,,148700r17928,-4750c24571,140341,30791,135134,36588,128740l,91009,,66503r1041,1341c21336,60935,31788,51397,31788,37199,31788,24206,22276,14884,9220,14884l,18398,,1708,9880,xe" fillcolor="#f29a2b" stroked="f" strokeweight="0">
                <v:stroke miterlimit="83231f" joinstyle="miter"/>
                <v:path arrowok="t" textboxrect="0,0,86398,165710"/>
              </v:shape>
              <v:shape id="Shape 48" o:spid="_x0000_s1069" style="position:absolute;left:29887;top:17932;width:1440;height:1652;visibility:visible;mso-wrap-style:square;v-text-anchor:top" coordsize="143980,165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" path="m80797,v28956,,46317,10325,62345,25387l130797,38621c117297,25781,102197,16713,80556,16713v-35344,,-61836,28461,-61836,65685c18720,119634,45389,148615,80556,148615v21882,,36322,-8407,51587,-23063l143980,137211v-16650,16852,-34900,28041,-63919,28041c34010,165252,,128956,,82867,,37198,33807,,80797,xe" fillcolor="#f29a2b" stroked="f" strokeweight="0">
                <v:stroke miterlimit="83231f" joinstyle="miter"/>
                <v:path arrowok="t" textboxrect="0,0,143980,165252"/>
              </v:shape>
              <v:shape id="Shape 49" o:spid="_x0000_s1070" style="position:absolute;left:31796;top:17959;width:631;height:1598;visibility:visible;mso-wrap-style:square;v-text-anchor:top" coordsize="63113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" path="m,l63113,r,16726l18059,16726r,64783l63113,81509r,16243l18059,97752r,62027l,159779,,xe" fillcolor="#f29a2b" stroked="f" strokeweight="0">
                <v:stroke miterlimit="83231f" joinstyle="miter"/>
                <v:path arrowok="t" textboxrect="0,0,63113,159779"/>
              </v:shape>
              <v:shape id="Shape 50" o:spid="_x0000_s1071" style="position:absolute;left:32427;top:17959;width:691;height:1598;visibility:visible;mso-wrap-style:square;v-text-anchor:top" coordsize="69107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" path="m,l5581,c40811,,63430,18948,63430,47727v,26708,-18377,42202,-43485,46812l69107,159779r-22200,l590,97752r-590,l,81509r3981,c27997,81509,45053,69164,45053,48438,45053,28537,30042,16726,4286,16726l,16726,,xe" fillcolor="#f29a2b" stroked="f" strokeweight="0">
                <v:stroke miterlimit="83231f" joinstyle="miter"/>
                <v:path arrowok="t" textboxrect="0,0,69107,159779"/>
              </v:shape>
              <v:shape id="Shape 51" o:spid="_x0000_s1072" style="position:absolute;left:33600;top:17959;width:1166;height:1598;visibility:visible;mso-wrap-style:square;v-text-anchor:top" coordsize="116573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" path="m,l115430,r,16472l17996,16472r,54572l105168,71044r,16421l17996,87465r,55880l116573,143345r,16434l,159779,,xe" fillcolor="#f29a2b" stroked="f" strokeweight="0">
                <v:stroke miterlimit="83231f" joinstyle="miter"/>
                <v:path arrowok="t" textboxrect="0,0,116573,159779"/>
              </v:shape>
              <v:shape id="Shape 52" o:spid="_x0000_s1073" style="position:absolute;left:34052;top:17487;width:400;height:331;visibility:visible;mso-wrap-style:square;v-text-anchor:top" coordsize="39955,33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" path="m21692,l39955,8395,14122,33084,,33084,21692,xe" fillcolor="#f29a2b" stroked="f" strokeweight="0">
                <v:stroke miterlimit="83231f" joinstyle="miter"/>
                <v:path arrowok="t" textboxrect="0,0,39955,33084"/>
              </v:shape>
              <v:shape id="Shape 53" o:spid="_x0000_s1074" style="position:absolute;left:35283;top:17959;width:699;height:1598;visibility:visible;mso-wrap-style:square;v-text-anchor:top" coordsize="69844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" path="m,l55461,,69844,2542r,16758l55461,16726r-37389,l18072,143142r37389,l69844,140603r,16606l55461,159779,,159779,,xe" fillcolor="#f29a2b" stroked="f" strokeweight="0">
                <v:stroke miterlimit="83231f" joinstyle="miter"/>
                <v:path arrowok="t" textboxrect="0,0,69844,159779"/>
              </v:shape>
              <v:shape id="Shape 54" o:spid="_x0000_s1075" style="position:absolute;left:35982;top:17985;width:705;height:1546;visibility:visible;mso-wrap-style:square;v-text-anchor:top" coordsize="70517,15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" path="m,l20084,3549c51029,15362,70517,43222,70517,77112v,33928,-19488,62034,-50433,73967l,154667,,138061r12997,-2294c37284,126398,51772,104322,51772,77595,51772,50886,37284,28572,12997,19084l,16758,,xe" fillcolor="#f29a2b" stroked="f" strokeweight="0">
                <v:stroke miterlimit="83231f" joinstyle="miter"/>
                <v:path arrowok="t" textboxrect="0,0,70517,154667"/>
              </v:shape>
              <v:shape id="Shape 54794" o:spid="_x0000_s1076" style="position:absolute;left:37238;top:17959;width:180;height:1598;visibility:visible;mso-wrap-style:square;v-text-anchor:top" coordsize="18021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" path="m,l18021,r,159779l,159779,,e" fillcolor="#f29a2b" stroked="f" strokeweight="0">
                <v:stroke miterlimit="83231f" joinstyle="miter"/>
                <v:path arrowok="t" textboxrect="0,0,18021,159779"/>
              </v:shape>
              <v:shape id="Shape 56" o:spid="_x0000_s1077" style="position:absolute;left:37925;top:17959;width:1256;height:1598;visibility:visible;mso-wrap-style:square;v-text-anchor:top" coordsize="125603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" path="m,l125603,r,16726l71958,16726r,143053l53683,159779r,-143053l,16726,,xe" fillcolor="#f29a2b" stroked="f" strokeweight="0">
                <v:stroke miterlimit="83231f" joinstyle="miter"/>
                <v:path arrowok="t" textboxrect="0,0,125603,159779"/>
              </v:shape>
              <v:shape id="Shape 57" o:spid="_x0000_s1078" style="position:absolute;left:39491;top:17932;width:815;height:1652;visibility:visible;mso-wrap-style:square;v-text-anchor:top" coordsize="81477,165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" path="m81477,r,16740l81178,16678v-36449,,-62471,29185,-62471,65685c18707,109786,33623,133322,56447,143376r25030,5170l81477,165158r-299,60c32651,165218,,127105,,82833,,49648,18610,19627,48402,6691l81477,xe" fillcolor="#f29a2b" stroked="f" strokeweight="0">
                <v:stroke miterlimit="83231f" joinstyle="miter"/>
                <v:path arrowok="t" textboxrect="0,0,81477,165218"/>
              </v:shape>
              <v:shape id="Shape 58" o:spid="_x0000_s1079" style="position:absolute;left:40306;top:17932;width:814;height:1652;visibility:visible;mso-wrap-style:square;v-text-anchor:top" coordsize="81426,165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" path="m171,c48825,,81426,38138,81426,82398v,33232,-18595,63222,-48424,76139l,165192,,148580r171,35c36798,148615,62770,119393,62770,82867,62770,55502,47889,31973,25002,21918l,16774,,34,171,xe" fillcolor="#f29a2b" stroked="f" strokeweight="0">
                <v:stroke miterlimit="83231f" joinstyle="miter"/>
                <v:path arrowok="t" textboxrect="0,0,81426,165192"/>
              </v:shape>
              <w10:wrap anchorx="margin"/>
            </v:group>
          </w:pict>
        </mc:Fallback>
      </mc:AlternateContent>
    </w:r>
    <w:r w:rsidR="00F36225" w:rsidRPr="004016C4">
      <w:rPr>
        <w:sz w:val="12"/>
        <w:szCs w:val="12"/>
        <w:lang w:val="es-DO"/>
      </w:rPr>
      <w:t xml:space="preserve">Documento vigente a </w:t>
    </w:r>
    <w:r w:rsidR="009F17D9" w:rsidRPr="004016C4">
      <w:rPr>
        <w:sz w:val="12"/>
        <w:szCs w:val="12"/>
        <w:lang w:val="es-DO"/>
      </w:rPr>
      <w:t>partir</w:t>
    </w:r>
    <w:r w:rsidR="00F36225" w:rsidRPr="004016C4">
      <w:rPr>
        <w:sz w:val="12"/>
        <w:szCs w:val="12"/>
        <w:lang w:val="es-DO"/>
      </w:rPr>
      <w:t xml:space="preserve"> del </w:t>
    </w:r>
    <w:r w:rsidR="009F17D9" w:rsidRPr="004016C4">
      <w:rPr>
        <w:sz w:val="12"/>
        <w:szCs w:val="12"/>
        <w:lang w:val="es-DO"/>
      </w:rPr>
      <w:t>10 de junio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BA4D7" w14:textId="77777777" w:rsidR="00152874" w:rsidRDefault="00152874" w:rsidP="00BE74A6">
      <w:pPr>
        <w:spacing w:after="0" w:line="240" w:lineRule="auto"/>
      </w:pPr>
      <w:r>
        <w:separator/>
      </w:r>
    </w:p>
  </w:footnote>
  <w:footnote w:type="continuationSeparator" w:id="0">
    <w:p w14:paraId="5891C001" w14:textId="77777777" w:rsidR="00152874" w:rsidRDefault="00152874" w:rsidP="00BE7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CF40A7D"/>
    <w:multiLevelType w:val="hybridMultilevel"/>
    <w:tmpl w:val="1CD462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434908"/>
    <w:multiLevelType w:val="hybridMultilevel"/>
    <w:tmpl w:val="029800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84320"/>
    <w:multiLevelType w:val="hybridMultilevel"/>
    <w:tmpl w:val="BDA2921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A668EA"/>
    <w:multiLevelType w:val="hybridMultilevel"/>
    <w:tmpl w:val="40D46820"/>
    <w:lvl w:ilvl="0" w:tplc="37AC2086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304688">
    <w:abstractNumId w:val="8"/>
  </w:num>
  <w:num w:numId="2" w16cid:durableId="1936477503">
    <w:abstractNumId w:val="6"/>
  </w:num>
  <w:num w:numId="3" w16cid:durableId="1749418324">
    <w:abstractNumId w:val="5"/>
  </w:num>
  <w:num w:numId="4" w16cid:durableId="203756908">
    <w:abstractNumId w:val="4"/>
  </w:num>
  <w:num w:numId="5" w16cid:durableId="1501194767">
    <w:abstractNumId w:val="7"/>
  </w:num>
  <w:num w:numId="6" w16cid:durableId="2027634707">
    <w:abstractNumId w:val="3"/>
  </w:num>
  <w:num w:numId="7" w16cid:durableId="195892446">
    <w:abstractNumId w:val="2"/>
  </w:num>
  <w:num w:numId="8" w16cid:durableId="1761412896">
    <w:abstractNumId w:val="1"/>
  </w:num>
  <w:num w:numId="9" w16cid:durableId="1657107584">
    <w:abstractNumId w:val="0"/>
  </w:num>
  <w:num w:numId="10" w16cid:durableId="1666350721">
    <w:abstractNumId w:val="11"/>
  </w:num>
  <w:num w:numId="11" w16cid:durableId="483787143">
    <w:abstractNumId w:val="9"/>
  </w:num>
  <w:num w:numId="12" w16cid:durableId="1619097560">
    <w:abstractNumId w:val="10"/>
  </w:num>
  <w:num w:numId="13" w16cid:durableId="13937698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E0A"/>
    <w:rsid w:val="00017BD0"/>
    <w:rsid w:val="00022555"/>
    <w:rsid w:val="000242A1"/>
    <w:rsid w:val="0003033D"/>
    <w:rsid w:val="00034616"/>
    <w:rsid w:val="0005273D"/>
    <w:rsid w:val="0006063C"/>
    <w:rsid w:val="000F5CF4"/>
    <w:rsid w:val="000F690C"/>
    <w:rsid w:val="00105F65"/>
    <w:rsid w:val="001065E6"/>
    <w:rsid w:val="00107F97"/>
    <w:rsid w:val="001176B4"/>
    <w:rsid w:val="00126223"/>
    <w:rsid w:val="0015074B"/>
    <w:rsid w:val="00151AB3"/>
    <w:rsid w:val="00152874"/>
    <w:rsid w:val="00161520"/>
    <w:rsid w:val="001802D0"/>
    <w:rsid w:val="00187024"/>
    <w:rsid w:val="001A1D50"/>
    <w:rsid w:val="001A7F17"/>
    <w:rsid w:val="001B1B97"/>
    <w:rsid w:val="001B2900"/>
    <w:rsid w:val="001C17F4"/>
    <w:rsid w:val="001C3FB3"/>
    <w:rsid w:val="00214606"/>
    <w:rsid w:val="00232738"/>
    <w:rsid w:val="00275AF0"/>
    <w:rsid w:val="00285E09"/>
    <w:rsid w:val="0029639D"/>
    <w:rsid w:val="002B62A0"/>
    <w:rsid w:val="002C4A87"/>
    <w:rsid w:val="002C6DA3"/>
    <w:rsid w:val="00326F90"/>
    <w:rsid w:val="00360189"/>
    <w:rsid w:val="003970FA"/>
    <w:rsid w:val="00397AEE"/>
    <w:rsid w:val="003A4BE3"/>
    <w:rsid w:val="003A6E6C"/>
    <w:rsid w:val="004016C4"/>
    <w:rsid w:val="004065A0"/>
    <w:rsid w:val="00411BB7"/>
    <w:rsid w:val="004570F7"/>
    <w:rsid w:val="004867BC"/>
    <w:rsid w:val="00497931"/>
    <w:rsid w:val="004A3145"/>
    <w:rsid w:val="004C7765"/>
    <w:rsid w:val="004F6017"/>
    <w:rsid w:val="00507296"/>
    <w:rsid w:val="00512E88"/>
    <w:rsid w:val="00516121"/>
    <w:rsid w:val="00541809"/>
    <w:rsid w:val="005848FC"/>
    <w:rsid w:val="005C5E10"/>
    <w:rsid w:val="00657339"/>
    <w:rsid w:val="00664AB1"/>
    <w:rsid w:val="00673CA1"/>
    <w:rsid w:val="00676703"/>
    <w:rsid w:val="006A57C9"/>
    <w:rsid w:val="006B4260"/>
    <w:rsid w:val="006B44DD"/>
    <w:rsid w:val="006F05EA"/>
    <w:rsid w:val="007071C9"/>
    <w:rsid w:val="00725A5C"/>
    <w:rsid w:val="00746B47"/>
    <w:rsid w:val="00756548"/>
    <w:rsid w:val="007907DC"/>
    <w:rsid w:val="007A1FA6"/>
    <w:rsid w:val="007A4E42"/>
    <w:rsid w:val="008157AA"/>
    <w:rsid w:val="008645F5"/>
    <w:rsid w:val="00881FB7"/>
    <w:rsid w:val="008A07A1"/>
    <w:rsid w:val="008B42B2"/>
    <w:rsid w:val="008B6F5F"/>
    <w:rsid w:val="008C6E15"/>
    <w:rsid w:val="008D4333"/>
    <w:rsid w:val="00916760"/>
    <w:rsid w:val="009226A9"/>
    <w:rsid w:val="0093005A"/>
    <w:rsid w:val="00943820"/>
    <w:rsid w:val="009A6690"/>
    <w:rsid w:val="009B5E76"/>
    <w:rsid w:val="009D33BC"/>
    <w:rsid w:val="009E1F06"/>
    <w:rsid w:val="009F17D9"/>
    <w:rsid w:val="00A145EE"/>
    <w:rsid w:val="00A413F6"/>
    <w:rsid w:val="00A54F66"/>
    <w:rsid w:val="00A61F28"/>
    <w:rsid w:val="00A86F43"/>
    <w:rsid w:val="00AA1D8D"/>
    <w:rsid w:val="00AB29FD"/>
    <w:rsid w:val="00AB58DF"/>
    <w:rsid w:val="00AB79CF"/>
    <w:rsid w:val="00AE74E6"/>
    <w:rsid w:val="00AF0B0B"/>
    <w:rsid w:val="00AF1782"/>
    <w:rsid w:val="00AF250B"/>
    <w:rsid w:val="00B0470F"/>
    <w:rsid w:val="00B43FF4"/>
    <w:rsid w:val="00B47730"/>
    <w:rsid w:val="00B604BB"/>
    <w:rsid w:val="00B620D9"/>
    <w:rsid w:val="00BD331D"/>
    <w:rsid w:val="00BE74A6"/>
    <w:rsid w:val="00C71F54"/>
    <w:rsid w:val="00C80E4D"/>
    <w:rsid w:val="00CA1A1E"/>
    <w:rsid w:val="00CB0664"/>
    <w:rsid w:val="00CE3285"/>
    <w:rsid w:val="00CE65CE"/>
    <w:rsid w:val="00D053F7"/>
    <w:rsid w:val="00D11019"/>
    <w:rsid w:val="00D1791D"/>
    <w:rsid w:val="00D40F90"/>
    <w:rsid w:val="00D414E2"/>
    <w:rsid w:val="00D80AC0"/>
    <w:rsid w:val="00DA0EAA"/>
    <w:rsid w:val="00DA78CB"/>
    <w:rsid w:val="00DC35E1"/>
    <w:rsid w:val="00DC7D21"/>
    <w:rsid w:val="00E203E4"/>
    <w:rsid w:val="00E72DA0"/>
    <w:rsid w:val="00E94A2F"/>
    <w:rsid w:val="00EA2BF1"/>
    <w:rsid w:val="00EA6B8F"/>
    <w:rsid w:val="00ED0ABA"/>
    <w:rsid w:val="00ED3235"/>
    <w:rsid w:val="00F259D5"/>
    <w:rsid w:val="00F32B0E"/>
    <w:rsid w:val="00F36225"/>
    <w:rsid w:val="00F3690C"/>
    <w:rsid w:val="00FC693F"/>
    <w:rsid w:val="00FE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15416A"/>
  <w14:defaultImageDpi w14:val="300"/>
  <w15:docId w15:val="{E82BDE8B-8F9A-49D4-8496-AD4545782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4A6"/>
  </w:style>
  <w:style w:type="paragraph" w:styleId="Heading1">
    <w:name w:val="heading 1"/>
    <w:basedOn w:val="Normal"/>
    <w:next w:val="Normal"/>
    <w:link w:val="Heading1Char"/>
    <w:uiPriority w:val="9"/>
    <w:qFormat/>
    <w:rsid w:val="00BE74A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74A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74A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637052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4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4A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37052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4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637052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4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2410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4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637052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4A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637052" w:themeColor="tex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BE74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E74A6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74A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E74A6"/>
    <w:rPr>
      <w:rFonts w:asciiTheme="majorHAnsi" w:eastAsiaTheme="majorEastAsia" w:hAnsiTheme="majorHAnsi" w:cstheme="majorBidi"/>
      <w:color w:val="637052" w:themeColor="text2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74A6"/>
    <w:pPr>
      <w:spacing w:after="0" w:line="240" w:lineRule="auto"/>
      <w:contextualSpacing/>
    </w:pPr>
    <w:rPr>
      <w:rFonts w:asciiTheme="majorHAnsi" w:eastAsiaTheme="majorEastAsia" w:hAnsiTheme="majorHAnsi" w:cstheme="majorBidi"/>
      <w:color w:val="E48312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4A6"/>
    <w:rPr>
      <w:rFonts w:asciiTheme="majorHAnsi" w:eastAsiaTheme="majorEastAsia" w:hAnsiTheme="majorHAnsi" w:cstheme="majorBidi"/>
      <w:color w:val="E48312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4A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74A6"/>
    <w:rPr>
      <w:rFonts w:asciiTheme="majorHAnsi" w:eastAsiaTheme="majorEastAsia" w:hAnsiTheme="majorHAnsi" w:cstheme="maj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BE74A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4A6"/>
    <w:rPr>
      <w:i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4A6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4A6"/>
    <w:rPr>
      <w:rFonts w:asciiTheme="majorHAnsi" w:eastAsiaTheme="majorEastAsia" w:hAnsiTheme="majorHAnsi" w:cstheme="majorBidi"/>
      <w:color w:val="637052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4A6"/>
    <w:rPr>
      <w:rFonts w:asciiTheme="majorHAnsi" w:eastAsiaTheme="majorEastAsia" w:hAnsiTheme="majorHAnsi" w:cstheme="majorBidi"/>
      <w:i/>
      <w:iCs/>
      <w:color w:val="637052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4A6"/>
    <w:rPr>
      <w:rFonts w:asciiTheme="majorHAnsi" w:eastAsiaTheme="majorEastAsia" w:hAnsiTheme="majorHAnsi" w:cstheme="majorBidi"/>
      <w:i/>
      <w:iCs/>
      <w:color w:val="72410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4A6"/>
    <w:rPr>
      <w:rFonts w:asciiTheme="majorHAnsi" w:eastAsiaTheme="majorEastAsia" w:hAnsiTheme="majorHAnsi" w:cstheme="majorBidi"/>
      <w:b/>
      <w:bCs/>
      <w:color w:val="637052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4A6"/>
    <w:rPr>
      <w:rFonts w:asciiTheme="majorHAnsi" w:eastAsiaTheme="majorEastAsia" w:hAnsiTheme="majorHAnsi" w:cstheme="majorBidi"/>
      <w:b/>
      <w:bCs/>
      <w:i/>
      <w:iCs/>
      <w:color w:val="637052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E74A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Strong">
    <w:name w:val="Strong"/>
    <w:basedOn w:val="DefaultParagraphFont"/>
    <w:uiPriority w:val="22"/>
    <w:qFormat/>
    <w:rsid w:val="00BE74A6"/>
    <w:rPr>
      <w:b/>
      <w:bCs/>
    </w:rPr>
  </w:style>
  <w:style w:type="character" w:styleId="Emphasis">
    <w:name w:val="Emphasis"/>
    <w:basedOn w:val="DefaultParagraphFont"/>
    <w:uiPriority w:val="20"/>
    <w:qFormat/>
    <w:rsid w:val="00BE74A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4A6"/>
    <w:pPr>
      <w:pBdr>
        <w:left w:val="single" w:sz="18" w:space="12" w:color="E4831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E48312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4A6"/>
    <w:rPr>
      <w:rFonts w:asciiTheme="majorHAnsi" w:eastAsiaTheme="majorEastAsia" w:hAnsiTheme="majorHAnsi" w:cstheme="majorBidi"/>
      <w:color w:val="E48312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E74A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E74A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E74A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E74A6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E74A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74A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AA610D" w:themeColor="accent1" w:themeShade="BF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8D4121" w:themeColor="accent2" w:themeShade="BF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644030" w:themeColor="accent3" w:themeShade="BF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736141" w:themeColor="accent4" w:themeShade="BF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A29A4E" w:themeColor="accent5" w:themeShade="BF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6E7B62" w:themeColor="accent6" w:themeShade="BF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1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  <w:shd w:val="clear" w:color="auto" w:fill="FAE0C2" w:themeFill="accent1" w:themeFillTint="3F"/>
      </w:tcPr>
    </w:tblStylePr>
    <w:tblStylePr w:type="band2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1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  <w:shd w:val="clear" w:color="auto" w:fill="F2D4C7" w:themeFill="accent2" w:themeFillTint="3F"/>
      </w:tcPr>
    </w:tblStylePr>
    <w:tblStylePr w:type="band2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1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  <w:shd w:val="clear" w:color="auto" w:fill="E6D3CA" w:themeFill="accent3" w:themeFillTint="3F"/>
      </w:tcPr>
    </w:tblStylePr>
    <w:tblStylePr w:type="band2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1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  <w:shd w:val="clear" w:color="auto" w:fill="E7E0D4" w:themeFill="accent4" w:themeFillTint="3F"/>
      </w:tcPr>
    </w:tblStylePr>
    <w:tblStylePr w:type="band2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1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  <w:shd w:val="clear" w:color="auto" w:fill="F0EEDF" w:themeFill="accent5" w:themeFillTint="3F"/>
      </w:tcPr>
    </w:tblStylePr>
    <w:tblStylePr w:type="band2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1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  <w:shd w:val="clear" w:color="auto" w:fill="E4E7E1" w:themeFill="accent6" w:themeFillTint="3F"/>
      </w:tcPr>
    </w:tblStylePr>
    <w:tblStylePr w:type="band2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0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D4C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3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0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7E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8312" w:themeColor="accen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shd w:val="clear" w:color="auto" w:fill="FAE0C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D582C" w:themeColor="accent2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shd w:val="clear" w:color="auto" w:fill="F2D4C7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5640" w:themeColor="accent3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shd w:val="clear" w:color="auto" w:fill="E6D3C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8357" w:themeColor="accent4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shd w:val="clear" w:color="auto" w:fill="E7E0D4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C80" w:themeColor="accent5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shd w:val="clear" w:color="auto" w:fill="F0EEDF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A088" w:themeColor="accent6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shd w:val="clear" w:color="auto" w:fill="E4E7E1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831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4831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831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831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0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D582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D582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D582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D4C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6564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564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564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3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8357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835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835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0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C8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C8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C8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4A08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A0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A0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7E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  <w:insideV w:val="single" w:sz="8" w:space="0" w:color="F0A247" w:themeColor="accent1" w:themeTint="BF"/>
      </w:tblBorders>
    </w:tblPr>
    <w:tcPr>
      <w:shd w:val="clear" w:color="auto" w:fill="FAE0C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A2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  <w:insideV w:val="single" w:sz="8" w:space="0" w:color="D77D56" w:themeColor="accent2" w:themeTint="BF"/>
      </w:tblBorders>
    </w:tblPr>
    <w:tcPr>
      <w:shd w:val="clear" w:color="auto" w:fill="F2D4C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7D5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  <w:insideV w:val="single" w:sz="8" w:space="0" w:color="B37A60" w:themeColor="accent3" w:themeTint="BF"/>
      </w:tblBorders>
    </w:tblPr>
    <w:tcPr>
      <w:shd w:val="clear" w:color="auto" w:fill="E6D3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7A6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  <w:insideV w:val="single" w:sz="8" w:space="0" w:color="B6A27E" w:themeColor="accent4" w:themeTint="BF"/>
      </w:tblBorders>
    </w:tblPr>
    <w:tcPr>
      <w:shd w:val="clear" w:color="auto" w:fill="E7E0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A27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  <w:insideV w:val="single" w:sz="8" w:space="0" w:color="D1CC9F" w:themeColor="accent5" w:themeTint="BF"/>
      </w:tblBorders>
    </w:tblPr>
    <w:tcPr>
      <w:shd w:val="clear" w:color="auto" w:fill="F0E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C9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  <w:insideV w:val="single" w:sz="8" w:space="0" w:color="AEB7A5" w:themeColor="accent6" w:themeTint="BF"/>
      </w:tblBorders>
    </w:tblPr>
    <w:tcPr>
      <w:shd w:val="clear" w:color="auto" w:fill="E4E7E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B7A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cPr>
      <w:shd w:val="clear" w:color="auto" w:fill="FAE0C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6CD" w:themeFill="accent1" w:themeFillTint="33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tcBorders>
          <w:insideH w:val="single" w:sz="6" w:space="0" w:color="E48312" w:themeColor="accent1"/>
          <w:insideV w:val="single" w:sz="6" w:space="0" w:color="E48312" w:themeColor="accent1"/>
        </w:tcBorders>
        <w:shd w:val="clear" w:color="auto" w:fill="F5C18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cPr>
      <w:shd w:val="clear" w:color="auto" w:fill="F2D4C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ED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CD1" w:themeFill="accent2" w:themeFillTint="33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tcBorders>
          <w:insideH w:val="single" w:sz="6" w:space="0" w:color="BD582C" w:themeColor="accent2"/>
          <w:insideV w:val="single" w:sz="6" w:space="0" w:color="BD582C" w:themeColor="accent2"/>
        </w:tcBorders>
        <w:shd w:val="clear" w:color="auto" w:fill="E5A88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cPr>
      <w:shd w:val="clear" w:color="auto" w:fill="E6D3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BD4" w:themeFill="accent3" w:themeFillTint="33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tcBorders>
          <w:insideH w:val="single" w:sz="6" w:space="0" w:color="865640" w:themeColor="accent3"/>
          <w:insideV w:val="single" w:sz="6" w:space="0" w:color="865640" w:themeColor="accent3"/>
        </w:tcBorders>
        <w:shd w:val="clear" w:color="auto" w:fill="CCA6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cPr>
      <w:shd w:val="clear" w:color="auto" w:fill="E7E0D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DC" w:themeFill="accent4" w:themeFillTint="33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tcBorders>
          <w:insideH w:val="single" w:sz="6" w:space="0" w:color="9B8357" w:themeColor="accent4"/>
          <w:insideV w:val="single" w:sz="6" w:space="0" w:color="9B8357" w:themeColor="accent4"/>
        </w:tcBorders>
        <w:shd w:val="clear" w:color="auto" w:fill="CFC1A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cPr>
      <w:shd w:val="clear" w:color="auto" w:fill="F0E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F8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1E5" w:themeFill="accent5" w:themeFillTint="33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tcBorders>
          <w:insideH w:val="single" w:sz="6" w:space="0" w:color="C2BC80" w:themeColor="accent5"/>
          <w:insideV w:val="single" w:sz="6" w:space="0" w:color="C2BC80" w:themeColor="accent5"/>
        </w:tcBorders>
        <w:shd w:val="clear" w:color="auto" w:fill="E0DD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cPr>
      <w:shd w:val="clear" w:color="auto" w:fill="E4E7E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5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CE7" w:themeFill="accent6" w:themeFillTint="33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tcBorders>
          <w:insideH w:val="single" w:sz="6" w:space="0" w:color="94A088" w:themeColor="accent6"/>
          <w:insideV w:val="single" w:sz="6" w:space="0" w:color="94A088" w:themeColor="accent6"/>
        </w:tcBorders>
        <w:shd w:val="clear" w:color="auto" w:fill="C9CFC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0C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C18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C184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D4C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A88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A88F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3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A6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A69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0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C1A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C1A9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DB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DBF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7E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FC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FC3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1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10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2B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41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2A1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403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412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614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66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9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514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7B6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4E0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4E0A" w:themeColor="accent1" w:themeShade="99"/>
          <w:insideV w:val="nil"/>
        </w:tcBorders>
        <w:shd w:val="clear" w:color="auto" w:fill="884E0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4E0A" w:themeFill="accent1" w:themeFillShade="99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5C18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D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1341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1341A" w:themeColor="accent2" w:themeShade="99"/>
          <w:insideV w:val="nil"/>
        </w:tcBorders>
        <w:shd w:val="clear" w:color="auto" w:fill="71341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341A" w:themeFill="accent2" w:themeFillShade="99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5A88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8357" w:themeColor="accent4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332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3326" w:themeColor="accent3" w:themeShade="99"/>
          <w:insideV w:val="nil"/>
        </w:tcBorders>
        <w:shd w:val="clear" w:color="auto" w:fill="50332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3326" w:themeFill="accent3" w:themeFillShade="99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65640" w:themeColor="accent3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4E3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4E34" w:themeColor="accent4" w:themeShade="99"/>
          <w:insideV w:val="nil"/>
        </w:tcBorders>
        <w:shd w:val="clear" w:color="auto" w:fill="5C4E3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E34" w:themeFill="accent4" w:themeFillShade="99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CFC1A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4A088" w:themeColor="accent6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8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7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7B3E" w:themeColor="accent5" w:themeShade="99"/>
          <w:insideV w:val="nil"/>
        </w:tcBorders>
        <w:shd w:val="clear" w:color="auto" w:fill="827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7B3E" w:themeFill="accent5" w:themeFillShade="99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0DDB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2BC80" w:themeColor="accent5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5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624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624E" w:themeColor="accent6" w:themeShade="99"/>
          <w:insideV w:val="nil"/>
        </w:tcBorders>
        <w:shd w:val="clear" w:color="auto" w:fill="58624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624E" w:themeFill="accent6" w:themeFillShade="99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C9CFC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ED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ED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6845" w:themeFill="accent4" w:themeFillShade="CC"/>
      </w:tcPr>
    </w:tblStylePr>
    <w:tblStylePr w:type="lastRow">
      <w:rPr>
        <w:b/>
        <w:bCs/>
        <w:color w:val="7B684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2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4433" w:themeFill="accent3" w:themeFillShade="CC"/>
      </w:tcPr>
    </w:tblStylePr>
    <w:tblStylePr w:type="lastRow">
      <w:rPr>
        <w:b/>
        <w:bCs/>
        <w:color w:val="6B443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8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8369" w:themeFill="accent6" w:themeFillShade="CC"/>
      </w:tcPr>
    </w:tblStylePr>
    <w:tblStylePr w:type="lastRow">
      <w:rPr>
        <w:b/>
        <w:bCs/>
        <w:color w:val="76836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5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DA454" w:themeFill="accent5" w:themeFillShade="CC"/>
      </w:tcPr>
    </w:tblStylePr>
    <w:tblStylePr w:type="lastRow">
      <w:rPr>
        <w:b/>
        <w:bCs/>
        <w:color w:val="ADA45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</w:rPr>
      <w:tblPr/>
      <w:tcPr>
        <w:shd w:val="clear" w:color="auto" w:fill="F7CD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D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</w:rPr>
      <w:tblPr/>
      <w:tcPr>
        <w:shd w:val="clear" w:color="auto" w:fill="EAB9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B9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</w:rPr>
      <w:tblPr/>
      <w:tcPr>
        <w:shd w:val="clear" w:color="auto" w:fill="D6B8A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B8A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</w:rPr>
      <w:tblPr/>
      <w:tcPr>
        <w:shd w:val="clear" w:color="auto" w:fill="D8CDB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D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</w:rPr>
      <w:tblPr/>
      <w:tcPr>
        <w:shd w:val="clear" w:color="auto" w:fill="E6E4C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E4C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</w:rPr>
      <w:tblPr/>
      <w:tcPr>
        <w:shd w:val="clear" w:color="auto" w:fill="D4D9C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9C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ysClr val="window" lastClr="FFFFFF"/>
      </a:lt1>
      <a:dk2>
        <a:srgbClr val="637052"/>
      </a:dk2>
      <a:lt2>
        <a:srgbClr val="E48312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62aaebf-ec42-4828-9b82-c70d7d60c043}" enabled="0" method="" siteId="{c62aaebf-ec42-4828-9b82-c70d7d60c0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667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Madera, Karilyn</cp:lastModifiedBy>
  <cp:revision>28</cp:revision>
  <cp:lastPrinted>2026-06-03T15:05:00Z</cp:lastPrinted>
  <dcterms:created xsi:type="dcterms:W3CDTF">2026-07-02T13:50:00Z</dcterms:created>
  <dcterms:modified xsi:type="dcterms:W3CDTF">2026-07-06T16:27:00Z</dcterms:modified>
  <cp:category/>
</cp:coreProperties>
</file>